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70807" w14:textId="77777777" w:rsidR="00C45A27" w:rsidRPr="00907712" w:rsidRDefault="00000000">
      <w:pPr>
        <w:pStyle w:val="Balk1"/>
        <w:jc w:val="center"/>
        <w:rPr>
          <w:color w:val="auto"/>
        </w:rPr>
      </w:pPr>
      <w:r w:rsidRPr="00907712">
        <w:rPr>
          <w:color w:val="auto"/>
        </w:rPr>
        <w:t>SELÇUKLU GENÇLİK VE SPOR İLÇE MÜDÜRLÜĞÜNE</w:t>
      </w:r>
    </w:p>
    <w:p w14:paraId="59F1CF6D" w14:textId="2CAF7A7D" w:rsidR="00000F66" w:rsidRDefault="00000F66" w:rsidP="00000F66"/>
    <w:p w14:paraId="0BCB6D30" w14:textId="646A37F6" w:rsidR="00907712" w:rsidRDefault="00907712" w:rsidP="00000F66">
      <w:pPr>
        <w:ind w:firstLine="720"/>
      </w:pPr>
      <w:proofErr w:type="spellStart"/>
      <w:r>
        <w:t>Selçuklu</w:t>
      </w:r>
      <w:proofErr w:type="spellEnd"/>
      <w:r>
        <w:t xml:space="preserve"> </w:t>
      </w:r>
      <w:proofErr w:type="spellStart"/>
      <w:r>
        <w:t>Gençlik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Spor </w:t>
      </w:r>
      <w:proofErr w:type="spellStart"/>
      <w:r>
        <w:t>İlçe</w:t>
      </w:r>
      <w:proofErr w:type="spellEnd"/>
      <w:r>
        <w:t xml:space="preserve"> </w:t>
      </w:r>
      <w:proofErr w:type="spellStart"/>
      <w:r>
        <w:t>Müdürlüğü</w:t>
      </w:r>
      <w:proofErr w:type="spellEnd"/>
      <w:r>
        <w:t xml:space="preserve"> </w:t>
      </w:r>
      <w:proofErr w:type="spellStart"/>
      <w:r>
        <w:t>bünyesinde</w:t>
      </w:r>
      <w:proofErr w:type="spellEnd"/>
      <w: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 </w:t>
      </w:r>
      <w:proofErr w:type="spellStart"/>
      <w:r>
        <w:t>Selçuklu</w:t>
      </w:r>
      <w:proofErr w:type="spellEnd"/>
      <w:r>
        <w:t xml:space="preserve"> </w:t>
      </w:r>
      <w:proofErr w:type="spellStart"/>
      <w:r>
        <w:t>Hocacihan</w:t>
      </w:r>
      <w:proofErr w:type="spellEnd"/>
      <w:r>
        <w:t xml:space="preserve"> </w:t>
      </w:r>
      <w:proofErr w:type="spellStart"/>
      <w:r>
        <w:t>Yarı</w:t>
      </w:r>
      <w:proofErr w:type="spellEnd"/>
      <w:r>
        <w:t xml:space="preserve"> </w:t>
      </w:r>
      <w:proofErr w:type="spellStart"/>
      <w:r>
        <w:t>Olimpik</w:t>
      </w:r>
      <w:proofErr w:type="spellEnd"/>
      <w:r>
        <w:t xml:space="preserve"> </w:t>
      </w:r>
      <w:proofErr w:type="spellStart"/>
      <w:r>
        <w:t>Yüzme</w:t>
      </w:r>
      <w:proofErr w:type="spellEnd"/>
      <w:r>
        <w:t xml:space="preserve"> </w:t>
      </w:r>
      <w:proofErr w:type="spellStart"/>
      <w:r>
        <w:t>Havuzu’nda</w:t>
      </w:r>
      <w:proofErr w:type="spellEnd"/>
      <w:r>
        <w:t xml:space="preserve"> …………</w:t>
      </w:r>
      <w:proofErr w:type="spellStart"/>
      <w:r w:rsidRPr="00907712">
        <w:rPr>
          <w:b/>
          <w:bCs/>
          <w:color w:val="EE0000"/>
        </w:rPr>
        <w:t>Kulüp</w:t>
      </w:r>
      <w:proofErr w:type="spellEnd"/>
      <w:r w:rsidRPr="00907712">
        <w:rPr>
          <w:b/>
          <w:bCs/>
          <w:color w:val="EE0000"/>
        </w:rPr>
        <w:t xml:space="preserve"> </w:t>
      </w:r>
      <w:proofErr w:type="spellStart"/>
      <w:r w:rsidRPr="00907712">
        <w:rPr>
          <w:b/>
          <w:bCs/>
          <w:color w:val="EE0000"/>
        </w:rPr>
        <w:t>Adı</w:t>
      </w:r>
      <w:r>
        <w:rPr>
          <w:b/>
          <w:bCs/>
          <w:color w:val="EE0000"/>
        </w:rPr>
        <w:t>Soyadı</w:t>
      </w:r>
      <w:proofErr w:type="spellEnd"/>
      <w:r>
        <w:t xml:space="preserve">………… </w:t>
      </w:r>
      <w:proofErr w:type="spellStart"/>
      <w:r>
        <w:t>Kulübü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aşağıda</w:t>
      </w:r>
      <w:proofErr w:type="spellEnd"/>
      <w:r>
        <w:t xml:space="preserve"> </w:t>
      </w:r>
      <w:proofErr w:type="spellStart"/>
      <w:r>
        <w:t>tabloda</w:t>
      </w:r>
      <w:proofErr w:type="spellEnd"/>
      <w:r>
        <w:t xml:space="preserve"> </w:t>
      </w:r>
      <w:proofErr w:type="spellStart"/>
      <w:r>
        <w:t>belirtilen</w:t>
      </w:r>
      <w:proofErr w:type="spellEnd"/>
      <w:r>
        <w:t xml:space="preserve"> </w:t>
      </w:r>
      <w:proofErr w:type="spellStart"/>
      <w:r>
        <w:t>günler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saatler</w:t>
      </w:r>
      <w:proofErr w:type="spellEnd"/>
      <w:r>
        <w:t xml:space="preserve"> </w:t>
      </w:r>
      <w:proofErr w:type="spellStart"/>
      <w:proofErr w:type="gramStart"/>
      <w:r>
        <w:t>doğrultusunda</w:t>
      </w:r>
      <w:proofErr w:type="spellEnd"/>
      <w:r>
        <w:t xml:space="preserve">  </w:t>
      </w:r>
      <w:proofErr w:type="spellStart"/>
      <w:r>
        <w:t>Yüzme</w:t>
      </w:r>
      <w:proofErr w:type="spellEnd"/>
      <w:proofErr w:type="gramEnd"/>
      <w:r>
        <w:t xml:space="preserve"> </w:t>
      </w:r>
      <w:proofErr w:type="spellStart"/>
      <w:r>
        <w:t>antrenörümüz</w:t>
      </w:r>
      <w:proofErr w:type="spellEnd"/>
      <w:r>
        <w:t xml:space="preserve"> ……</w:t>
      </w:r>
      <w:proofErr w:type="gramStart"/>
      <w:r>
        <w:t>…..</w:t>
      </w:r>
      <w:proofErr w:type="spellStart"/>
      <w:proofErr w:type="gramEnd"/>
      <w:r w:rsidRPr="00907712">
        <w:rPr>
          <w:b/>
          <w:bCs/>
          <w:color w:val="EE0000"/>
        </w:rPr>
        <w:t>Antrenör</w:t>
      </w:r>
      <w:proofErr w:type="spellEnd"/>
      <w:r w:rsidRPr="00907712">
        <w:rPr>
          <w:b/>
          <w:bCs/>
          <w:color w:val="EE0000"/>
        </w:rPr>
        <w:t xml:space="preserve"> Adı</w:t>
      </w:r>
      <w:r>
        <w:rPr>
          <w:b/>
          <w:bCs/>
          <w:color w:val="EE0000"/>
        </w:rPr>
        <w:t>Soyadı</w:t>
      </w:r>
      <w:r>
        <w:t xml:space="preserve">…… </w:t>
      </w:r>
      <w:proofErr w:type="spellStart"/>
      <w:r>
        <w:t>ve</w:t>
      </w:r>
      <w:proofErr w:type="spellEnd"/>
      <w:r>
        <w:t xml:space="preserve"> </w:t>
      </w:r>
      <w:proofErr w:type="spellStart"/>
      <w:r>
        <w:t>Kulüp</w:t>
      </w:r>
      <w:proofErr w:type="spellEnd"/>
      <w:r>
        <w:t xml:space="preserve"> </w:t>
      </w:r>
      <w:proofErr w:type="spellStart"/>
      <w:r>
        <w:t>Cankurtaranımız</w:t>
      </w:r>
      <w:proofErr w:type="spellEnd"/>
      <w:r>
        <w:t xml:space="preserve"> …</w:t>
      </w:r>
      <w:proofErr w:type="gramStart"/>
      <w:r>
        <w:t>….</w:t>
      </w:r>
      <w:proofErr w:type="spellStart"/>
      <w:r w:rsidRPr="00907712">
        <w:rPr>
          <w:b/>
          <w:bCs/>
          <w:color w:val="EE0000"/>
        </w:rPr>
        <w:t>Cankurtaran</w:t>
      </w:r>
      <w:proofErr w:type="spellEnd"/>
      <w:proofErr w:type="gramEnd"/>
      <w:r w:rsidRPr="00907712">
        <w:rPr>
          <w:b/>
          <w:bCs/>
          <w:color w:val="EE0000"/>
        </w:rPr>
        <w:t xml:space="preserve"> </w:t>
      </w:r>
      <w:proofErr w:type="spellStart"/>
      <w:r w:rsidRPr="00907712">
        <w:rPr>
          <w:b/>
          <w:bCs/>
          <w:color w:val="EE0000"/>
        </w:rPr>
        <w:t>AdıSoyadı</w:t>
      </w:r>
      <w:proofErr w:type="spellEnd"/>
      <w:proofErr w:type="gramStart"/>
      <w:r>
        <w:t>…..</w:t>
      </w:r>
      <w:proofErr w:type="gramEnd"/>
      <w:r>
        <w:t xml:space="preserve"> </w:t>
      </w:r>
      <w:proofErr w:type="spellStart"/>
      <w:r>
        <w:t>gözetiminde</w:t>
      </w:r>
      <w:proofErr w:type="spellEnd"/>
      <w:r>
        <w:t xml:space="preserve"> </w:t>
      </w:r>
      <w:proofErr w:type="spellStart"/>
      <w:r>
        <w:t>performans</w:t>
      </w:r>
      <w:proofErr w:type="spellEnd"/>
      <w:r>
        <w:t xml:space="preserve"> </w:t>
      </w:r>
      <w:proofErr w:type="spellStart"/>
      <w:r>
        <w:t>antremanlarında</w:t>
      </w:r>
      <w:proofErr w:type="spellEnd"/>
      <w:r>
        <w:t xml:space="preserve"> </w:t>
      </w:r>
      <w:proofErr w:type="spellStart"/>
      <w:r>
        <w:t>sağlık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güvenlik</w:t>
      </w:r>
      <w:proofErr w:type="spellEnd"/>
      <w:r>
        <w:t xml:space="preserve"> </w:t>
      </w:r>
      <w:proofErr w:type="spellStart"/>
      <w:r>
        <w:t>tedbirleri</w:t>
      </w:r>
      <w:proofErr w:type="spellEnd"/>
      <w:r>
        <w:t xml:space="preserve"> </w:t>
      </w:r>
      <w:proofErr w:type="spellStart"/>
      <w:r>
        <w:t>tarafımızdan</w:t>
      </w:r>
      <w:proofErr w:type="spellEnd"/>
      <w:r>
        <w:t xml:space="preserve"> </w:t>
      </w:r>
      <w:proofErr w:type="spellStart"/>
      <w:r>
        <w:t>alınmak</w:t>
      </w:r>
      <w:proofErr w:type="spellEnd"/>
      <w:r>
        <w:t xml:space="preserve"> </w:t>
      </w:r>
      <w:proofErr w:type="spellStart"/>
      <w:r>
        <w:t>kaydıyla</w:t>
      </w:r>
      <w:proofErr w:type="spellEnd"/>
      <w:r>
        <w:t xml:space="preserve"> 2026 </w:t>
      </w:r>
      <w:proofErr w:type="spellStart"/>
      <w:r>
        <w:t>Yılı</w:t>
      </w:r>
      <w:proofErr w:type="spellEnd"/>
      <w:r>
        <w:t xml:space="preserve"> </w:t>
      </w:r>
      <w:proofErr w:type="spellStart"/>
      <w:r>
        <w:t>Temmuz</w:t>
      </w:r>
      <w:proofErr w:type="spellEnd"/>
      <w:r>
        <w:t xml:space="preserve"> </w:t>
      </w:r>
      <w:proofErr w:type="spellStart"/>
      <w:r>
        <w:t>ayı</w:t>
      </w:r>
      <w:proofErr w:type="spellEnd"/>
      <w:r>
        <w:t xml:space="preserve"> </w:t>
      </w:r>
      <w:proofErr w:type="spellStart"/>
      <w:r>
        <w:t>içerisinde</w:t>
      </w:r>
      <w:proofErr w:type="spellEnd"/>
      <w:r>
        <w:t xml:space="preserve"> </w:t>
      </w:r>
      <w:proofErr w:type="spellStart"/>
      <w:r>
        <w:t>performans</w:t>
      </w:r>
      <w:proofErr w:type="spellEnd"/>
      <w:r>
        <w:t xml:space="preserve"> </w:t>
      </w:r>
      <w:proofErr w:type="spellStart"/>
      <w:r>
        <w:t>sporcularımızla</w:t>
      </w:r>
      <w:proofErr w:type="spellEnd"/>
      <w:r>
        <w:t xml:space="preserve"> </w:t>
      </w:r>
      <w:proofErr w:type="spellStart"/>
      <w:r>
        <w:t>antreman</w:t>
      </w:r>
      <w:proofErr w:type="spellEnd"/>
      <w:r>
        <w:t xml:space="preserve"> </w:t>
      </w:r>
      <w:proofErr w:type="spellStart"/>
      <w:r>
        <w:t>yapmak</w:t>
      </w:r>
      <w:proofErr w:type="spellEnd"/>
      <w:r>
        <w:t xml:space="preserve"> </w:t>
      </w:r>
      <w:proofErr w:type="spellStart"/>
      <w:r>
        <w:t>istemekteyiz</w:t>
      </w:r>
      <w:proofErr w:type="spellEnd"/>
      <w:r>
        <w:t xml:space="preserve">. </w:t>
      </w:r>
    </w:p>
    <w:p w14:paraId="60436409" w14:textId="6F260649" w:rsidR="00000F66" w:rsidRDefault="00000F66" w:rsidP="00000F66">
      <w:pPr>
        <w:ind w:firstLine="720"/>
      </w:pPr>
      <w:proofErr w:type="spellStart"/>
      <w:r>
        <w:t>Söz</w:t>
      </w:r>
      <w:proofErr w:type="spellEnd"/>
      <w:r>
        <w:t xml:space="preserve"> </w:t>
      </w:r>
      <w:proofErr w:type="spellStart"/>
      <w:r>
        <w:t>Konusu</w:t>
      </w:r>
      <w:proofErr w:type="spellEnd"/>
      <w:r>
        <w:t xml:space="preserve"> </w:t>
      </w:r>
      <w:proofErr w:type="spellStart"/>
      <w:r>
        <w:t>Tabloda</w:t>
      </w:r>
      <w:proofErr w:type="spellEnd"/>
      <w: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 </w:t>
      </w:r>
      <w:proofErr w:type="spellStart"/>
      <w:r>
        <w:t>havuzun</w:t>
      </w:r>
      <w:proofErr w:type="spellEnd"/>
      <w:r>
        <w:t xml:space="preserve"> </w:t>
      </w:r>
      <w:proofErr w:type="spellStart"/>
      <w:r>
        <w:t>müsait</w:t>
      </w:r>
      <w:proofErr w:type="spellEnd"/>
      <w:r>
        <w:t xml:space="preserve"> </w:t>
      </w:r>
      <w:proofErr w:type="spellStart"/>
      <w:r>
        <w:t>durumuna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makamınızca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görülmesi</w:t>
      </w:r>
      <w:proofErr w:type="spellEnd"/>
      <w:r>
        <w:t xml:space="preserve"> </w:t>
      </w:r>
      <w:proofErr w:type="spellStart"/>
      <w:r>
        <w:t>halinde</w:t>
      </w:r>
      <w:proofErr w:type="spellEnd"/>
      <w:r>
        <w:t xml:space="preserve">, Konya </w:t>
      </w:r>
      <w:proofErr w:type="spellStart"/>
      <w:r>
        <w:t>Gençlik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Spor İl </w:t>
      </w:r>
      <w:proofErr w:type="spellStart"/>
      <w:r>
        <w:t>Müdürlüğü</w:t>
      </w:r>
      <w:proofErr w:type="spellEnd"/>
      <w:r>
        <w:t xml:space="preserve"> </w:t>
      </w:r>
      <w:proofErr w:type="spellStart"/>
      <w:r>
        <w:t>Yüzme</w:t>
      </w:r>
      <w:proofErr w:type="spellEnd"/>
      <w:r>
        <w:t xml:space="preserve"> </w:t>
      </w:r>
      <w:proofErr w:type="spellStart"/>
      <w:r>
        <w:t>Havuzları</w:t>
      </w:r>
      <w:proofErr w:type="spellEnd"/>
      <w:r>
        <w:t xml:space="preserve"> 2026 </w:t>
      </w:r>
      <w:proofErr w:type="spellStart"/>
      <w:r>
        <w:t>yılı</w:t>
      </w:r>
      <w:proofErr w:type="spellEnd"/>
      <w:r>
        <w:t xml:space="preserve"> </w:t>
      </w:r>
      <w:proofErr w:type="spellStart"/>
      <w:r>
        <w:t>Tahsis</w:t>
      </w:r>
      <w:proofErr w:type="spellEnd"/>
      <w:r>
        <w:t xml:space="preserve"> </w:t>
      </w:r>
      <w:proofErr w:type="spellStart"/>
      <w:r>
        <w:t>Ücret</w:t>
      </w:r>
      <w:proofErr w:type="spellEnd"/>
      <w:r>
        <w:t xml:space="preserve"> </w:t>
      </w:r>
      <w:proofErr w:type="spellStart"/>
      <w:r>
        <w:t>cetvelinde</w:t>
      </w:r>
      <w:proofErr w:type="spellEnd"/>
      <w:r>
        <w:t xml:space="preserve"> </w:t>
      </w:r>
      <w:proofErr w:type="spellStart"/>
      <w:r>
        <w:t>belirlenen</w:t>
      </w:r>
      <w:proofErr w:type="spellEnd"/>
      <w:r>
        <w:t xml:space="preserve"> </w:t>
      </w:r>
      <w:proofErr w:type="spellStart"/>
      <w:r>
        <w:t>ücretler</w:t>
      </w:r>
      <w:proofErr w:type="spellEnd"/>
      <w:r>
        <w:t xml:space="preserve"> </w:t>
      </w:r>
      <w:proofErr w:type="spellStart"/>
      <w:r>
        <w:t>kapsamında</w:t>
      </w:r>
      <w:proofErr w:type="spellEnd"/>
      <w:r>
        <w:t xml:space="preserve">, </w:t>
      </w:r>
      <w:proofErr w:type="spellStart"/>
      <w:r>
        <w:t>havuzun</w:t>
      </w:r>
      <w:proofErr w:type="spellEnd"/>
      <w:r>
        <w:t xml:space="preserve"> </w:t>
      </w:r>
      <w:proofErr w:type="spellStart"/>
      <w:r>
        <w:t>tahsisi</w:t>
      </w:r>
      <w:proofErr w:type="spellEnd"/>
      <w:r>
        <w:t xml:space="preserve"> </w:t>
      </w:r>
      <w:proofErr w:type="spellStart"/>
      <w:r>
        <w:t>hususunda</w:t>
      </w:r>
      <w:proofErr w:type="spellEnd"/>
      <w:r>
        <w:t>;</w:t>
      </w:r>
    </w:p>
    <w:p w14:paraId="4EBB5EE1" w14:textId="0CCD3D72" w:rsidR="00000F66" w:rsidRDefault="00000F66">
      <w:proofErr w:type="spellStart"/>
      <w:r>
        <w:t>Gereğini</w:t>
      </w:r>
      <w:proofErr w:type="spellEnd"/>
      <w:r>
        <w:t xml:space="preserve"> </w:t>
      </w:r>
      <w:proofErr w:type="spellStart"/>
      <w:r>
        <w:t>bilgilerinize</w:t>
      </w:r>
      <w:proofErr w:type="spellEnd"/>
      <w:r>
        <w:t xml:space="preserve"> </w:t>
      </w:r>
      <w:proofErr w:type="spellStart"/>
      <w:r>
        <w:t>arz</w:t>
      </w:r>
      <w:proofErr w:type="spellEnd"/>
      <w:r>
        <w:t xml:space="preserve"> </w:t>
      </w:r>
      <w:proofErr w:type="spellStart"/>
      <w:r>
        <w:t>ederim</w:t>
      </w:r>
      <w:proofErr w:type="spellEnd"/>
      <w:r>
        <w:t xml:space="preserve">.   .…/ </w:t>
      </w:r>
      <w:r w:rsidR="00E244D8">
        <w:t>……</w:t>
      </w:r>
      <w:r>
        <w:t>/ 2026</w:t>
      </w:r>
    </w:p>
    <w:p w14:paraId="473EBB01" w14:textId="2101D672" w:rsidR="00000F66" w:rsidRPr="004848A3" w:rsidRDefault="00E244D8" w:rsidP="00000F66">
      <w:pPr>
        <w:jc w:val="right"/>
      </w:pPr>
      <w:proofErr w:type="spellStart"/>
      <w:r>
        <w:t>Kulüp</w:t>
      </w:r>
      <w:proofErr w:type="spellEnd"/>
      <w:r>
        <w:t xml:space="preserve"> </w:t>
      </w:r>
      <w:proofErr w:type="spellStart"/>
      <w:r w:rsidR="00000F66" w:rsidRPr="004848A3">
        <w:t>Kaşe</w:t>
      </w:r>
      <w:proofErr w:type="spellEnd"/>
      <w:r w:rsidR="00000F66" w:rsidRPr="004848A3">
        <w:t xml:space="preserve"> / </w:t>
      </w:r>
      <w:proofErr w:type="spellStart"/>
      <w:r w:rsidR="00000F66" w:rsidRPr="004848A3">
        <w:t>İmza</w:t>
      </w:r>
      <w:proofErr w:type="spellEnd"/>
    </w:p>
    <w:p w14:paraId="31576223" w14:textId="77777777" w:rsidR="0063389F" w:rsidRDefault="0063389F"/>
    <w:p w14:paraId="6E339A3C" w14:textId="0547DF8A" w:rsidR="00000F66" w:rsidRPr="004848A3" w:rsidRDefault="00000000">
      <w:pPr>
        <w:rPr>
          <w:b/>
          <w:bCs/>
        </w:rPr>
      </w:pPr>
      <w:r>
        <w:br/>
      </w:r>
      <w:r w:rsidRPr="004848A3">
        <w:rPr>
          <w:b/>
          <w:bCs/>
        </w:rPr>
        <w:t xml:space="preserve">EK </w:t>
      </w:r>
      <w:r w:rsidR="00000F66" w:rsidRPr="004848A3">
        <w:rPr>
          <w:b/>
          <w:bCs/>
        </w:rPr>
        <w:t>1</w:t>
      </w:r>
      <w:r w:rsidRPr="004848A3">
        <w:rPr>
          <w:b/>
          <w:bCs/>
        </w:rPr>
        <w:t xml:space="preserve">: TYF </w:t>
      </w:r>
      <w:proofErr w:type="spellStart"/>
      <w:r w:rsidRPr="004848A3">
        <w:rPr>
          <w:b/>
          <w:bCs/>
        </w:rPr>
        <w:t>Portaldan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Al</w:t>
      </w:r>
      <w:r w:rsidR="004848A3" w:rsidRPr="004848A3">
        <w:rPr>
          <w:b/>
          <w:bCs/>
        </w:rPr>
        <w:t>ı</w:t>
      </w:r>
      <w:r w:rsidRPr="004848A3">
        <w:rPr>
          <w:b/>
          <w:bCs/>
        </w:rPr>
        <w:t>nan</w:t>
      </w:r>
      <w:proofErr w:type="spellEnd"/>
      <w:r w:rsidRPr="004848A3">
        <w:rPr>
          <w:b/>
          <w:bCs/>
        </w:rPr>
        <w:t xml:space="preserve"> </w:t>
      </w:r>
      <w:proofErr w:type="spellStart"/>
      <w:r w:rsidR="004848A3" w:rsidRPr="004848A3">
        <w:rPr>
          <w:b/>
          <w:bCs/>
        </w:rPr>
        <w:t>Lisanslı</w:t>
      </w:r>
      <w:proofErr w:type="spellEnd"/>
      <w:r w:rsidR="004848A3"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Sporcu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Listesi</w:t>
      </w:r>
      <w:proofErr w:type="spellEnd"/>
      <w:r w:rsidRPr="004848A3">
        <w:rPr>
          <w:b/>
          <w:bCs/>
        </w:rPr>
        <w:t xml:space="preserve"> (.... </w:t>
      </w:r>
      <w:proofErr w:type="spellStart"/>
      <w:r w:rsidRPr="004848A3">
        <w:rPr>
          <w:b/>
          <w:bCs/>
        </w:rPr>
        <w:t>Sayfa</w:t>
      </w:r>
      <w:proofErr w:type="spellEnd"/>
      <w:r w:rsidRPr="004848A3">
        <w:rPr>
          <w:b/>
          <w:bCs/>
        </w:rPr>
        <w:t>)</w:t>
      </w:r>
    </w:p>
    <w:p w14:paraId="0EECDDD4" w14:textId="77777777" w:rsidR="004848A3" w:rsidRPr="004848A3" w:rsidRDefault="00000F66">
      <w:pPr>
        <w:rPr>
          <w:b/>
          <w:bCs/>
        </w:rPr>
      </w:pPr>
      <w:r w:rsidRPr="004848A3">
        <w:rPr>
          <w:b/>
          <w:bCs/>
        </w:rPr>
        <w:t xml:space="preserve">EK 2: </w:t>
      </w:r>
      <w:proofErr w:type="spellStart"/>
      <w:r w:rsidR="004848A3" w:rsidRPr="004848A3">
        <w:rPr>
          <w:b/>
          <w:bCs/>
        </w:rPr>
        <w:t>Testak</w:t>
      </w:r>
      <w:proofErr w:type="spellEnd"/>
      <w:r w:rsidR="004848A3" w:rsidRPr="004848A3">
        <w:rPr>
          <w:b/>
          <w:bCs/>
        </w:rPr>
        <w:t xml:space="preserve"> </w:t>
      </w:r>
      <w:proofErr w:type="spellStart"/>
      <w:r w:rsidR="004848A3" w:rsidRPr="004848A3">
        <w:rPr>
          <w:b/>
          <w:bCs/>
        </w:rPr>
        <w:t>Sistemine</w:t>
      </w:r>
      <w:proofErr w:type="spellEnd"/>
      <w:r w:rsidR="004848A3" w:rsidRPr="004848A3">
        <w:rPr>
          <w:b/>
          <w:bCs/>
        </w:rPr>
        <w:t xml:space="preserve"> </w:t>
      </w:r>
      <w:proofErr w:type="spellStart"/>
      <w:r w:rsidR="004848A3" w:rsidRPr="004848A3">
        <w:rPr>
          <w:b/>
          <w:bCs/>
        </w:rPr>
        <w:t>Yetki</w:t>
      </w:r>
      <w:proofErr w:type="spellEnd"/>
      <w:r w:rsidR="004848A3" w:rsidRPr="004848A3">
        <w:rPr>
          <w:b/>
          <w:bCs/>
        </w:rPr>
        <w:t xml:space="preserve"> </w:t>
      </w:r>
      <w:proofErr w:type="spellStart"/>
      <w:r w:rsidR="004848A3" w:rsidRPr="004848A3">
        <w:rPr>
          <w:b/>
          <w:bCs/>
        </w:rPr>
        <w:t>Tanımlaması</w:t>
      </w:r>
      <w:proofErr w:type="spellEnd"/>
      <w:r w:rsidR="004848A3" w:rsidRPr="004848A3">
        <w:rPr>
          <w:b/>
          <w:bCs/>
        </w:rPr>
        <w:t xml:space="preserve"> </w:t>
      </w:r>
      <w:proofErr w:type="spellStart"/>
      <w:r w:rsidR="004848A3" w:rsidRPr="004848A3">
        <w:rPr>
          <w:b/>
          <w:bCs/>
        </w:rPr>
        <w:t>ve</w:t>
      </w:r>
      <w:proofErr w:type="spellEnd"/>
      <w:r w:rsidR="004848A3" w:rsidRPr="004848A3">
        <w:rPr>
          <w:b/>
          <w:bCs/>
        </w:rPr>
        <w:t xml:space="preserve"> </w:t>
      </w:r>
      <w:proofErr w:type="spellStart"/>
      <w:r w:rsidR="004848A3" w:rsidRPr="004848A3">
        <w:rPr>
          <w:b/>
          <w:bCs/>
        </w:rPr>
        <w:t>Ücretlendirilecek</w:t>
      </w:r>
      <w:proofErr w:type="spellEnd"/>
      <w:r w:rsidR="004848A3" w:rsidRPr="004848A3">
        <w:rPr>
          <w:b/>
          <w:bCs/>
        </w:rPr>
        <w:t xml:space="preserve"> </w:t>
      </w:r>
      <w:proofErr w:type="spellStart"/>
      <w:r w:rsidR="004848A3" w:rsidRPr="004848A3">
        <w:rPr>
          <w:b/>
          <w:bCs/>
        </w:rPr>
        <w:t>Antrenör</w:t>
      </w:r>
      <w:proofErr w:type="spellEnd"/>
      <w:r w:rsidR="004848A3" w:rsidRPr="004848A3">
        <w:rPr>
          <w:b/>
          <w:bCs/>
        </w:rPr>
        <w:t xml:space="preserve"> Dilekçesi</w:t>
      </w:r>
    </w:p>
    <w:p w14:paraId="1F1C31D5" w14:textId="77777777" w:rsidR="00960DAA" w:rsidRDefault="004848A3">
      <w:pPr>
        <w:rPr>
          <w:b/>
          <w:bCs/>
        </w:rPr>
      </w:pPr>
      <w:r w:rsidRPr="004848A3">
        <w:rPr>
          <w:b/>
          <w:bCs/>
        </w:rPr>
        <w:t xml:space="preserve">EK 3: </w:t>
      </w:r>
      <w:proofErr w:type="spellStart"/>
      <w:r w:rsidRPr="004848A3">
        <w:rPr>
          <w:b/>
          <w:bCs/>
        </w:rPr>
        <w:t>Performans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Antremanı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Yapacak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Sporcu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Listesi</w:t>
      </w:r>
      <w:proofErr w:type="spellEnd"/>
    </w:p>
    <w:p w14:paraId="68352E79" w14:textId="43B755CE" w:rsidR="004848A3" w:rsidRDefault="00960DAA">
      <w:r>
        <w:rPr>
          <w:b/>
          <w:bCs/>
        </w:rPr>
        <w:t>EK 4:</w:t>
      </w:r>
      <w:r w:rsidR="00C03B0E">
        <w:rPr>
          <w:b/>
          <w:bCs/>
        </w:rPr>
        <w:t xml:space="preserve"> </w:t>
      </w:r>
      <w:proofErr w:type="spellStart"/>
      <w:r>
        <w:rPr>
          <w:b/>
          <w:bCs/>
        </w:rPr>
        <w:t>Antrenör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Cankurtaranları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Belgeleri</w:t>
      </w:r>
      <w:proofErr w:type="spellEnd"/>
      <w:r w:rsidR="00C03B0E">
        <w:rPr>
          <w:b/>
          <w:bCs/>
        </w:rPr>
        <w:t xml:space="preserve"> (</w:t>
      </w:r>
      <w:proofErr w:type="spellStart"/>
      <w:r w:rsidR="00C03B0E">
        <w:rPr>
          <w:b/>
          <w:bCs/>
        </w:rPr>
        <w:t>Antrenör</w:t>
      </w:r>
      <w:proofErr w:type="spellEnd"/>
      <w:r w:rsidR="00C03B0E">
        <w:rPr>
          <w:b/>
          <w:bCs/>
        </w:rPr>
        <w:t xml:space="preserve"> </w:t>
      </w:r>
      <w:proofErr w:type="spellStart"/>
      <w:r w:rsidR="00C03B0E">
        <w:rPr>
          <w:b/>
          <w:bCs/>
        </w:rPr>
        <w:t>en</w:t>
      </w:r>
      <w:proofErr w:type="spellEnd"/>
      <w:r w:rsidR="00C03B0E">
        <w:rPr>
          <w:b/>
          <w:bCs/>
        </w:rPr>
        <w:t xml:space="preserve"> </w:t>
      </w:r>
      <w:proofErr w:type="spellStart"/>
      <w:r w:rsidR="00C03B0E">
        <w:rPr>
          <w:b/>
          <w:bCs/>
        </w:rPr>
        <w:t>az</w:t>
      </w:r>
      <w:proofErr w:type="spellEnd"/>
      <w:r w:rsidR="00C03B0E">
        <w:rPr>
          <w:b/>
          <w:bCs/>
        </w:rPr>
        <w:t xml:space="preserve"> </w:t>
      </w:r>
      <w:proofErr w:type="gramStart"/>
      <w:r w:rsidR="00C03B0E">
        <w:rPr>
          <w:b/>
          <w:bCs/>
        </w:rPr>
        <w:t>2.kademe</w:t>
      </w:r>
      <w:proofErr w:type="gramEnd"/>
      <w:r w:rsidR="00C03B0E">
        <w:rPr>
          <w:b/>
          <w:bCs/>
        </w:rPr>
        <w:t xml:space="preserve"> </w:t>
      </w:r>
      <w:proofErr w:type="spellStart"/>
      <w:r w:rsidR="00C03B0E">
        <w:rPr>
          <w:b/>
          <w:bCs/>
        </w:rPr>
        <w:t>zorunludur</w:t>
      </w:r>
      <w:proofErr w:type="spellEnd"/>
      <w:r w:rsidR="00C03B0E">
        <w:rPr>
          <w:b/>
          <w:bCs/>
        </w:rPr>
        <w:t>.</w:t>
      </w:r>
      <w:r w:rsidR="00E244D8">
        <w:rPr>
          <w:b/>
          <w:bCs/>
        </w:rPr>
        <w:t xml:space="preserve"> </w:t>
      </w:r>
      <w:proofErr w:type="spellStart"/>
      <w:r w:rsidR="00E244D8">
        <w:rPr>
          <w:b/>
          <w:bCs/>
        </w:rPr>
        <w:t>Cankurtaranların</w:t>
      </w:r>
      <w:proofErr w:type="spellEnd"/>
      <w:r w:rsidR="00E244D8">
        <w:rPr>
          <w:b/>
          <w:bCs/>
        </w:rPr>
        <w:t xml:space="preserve"> Vizesi </w:t>
      </w:r>
      <w:proofErr w:type="spellStart"/>
      <w:r w:rsidR="00E244D8">
        <w:rPr>
          <w:b/>
          <w:bCs/>
        </w:rPr>
        <w:t>Süresi</w:t>
      </w:r>
      <w:proofErr w:type="spellEnd"/>
      <w:r w:rsidR="00E244D8">
        <w:rPr>
          <w:b/>
          <w:bCs/>
        </w:rPr>
        <w:t xml:space="preserve"> </w:t>
      </w:r>
      <w:proofErr w:type="spellStart"/>
      <w:r w:rsidR="00E244D8">
        <w:rPr>
          <w:b/>
          <w:bCs/>
        </w:rPr>
        <w:t>geçmemelidir</w:t>
      </w:r>
      <w:proofErr w:type="spellEnd"/>
      <w:r w:rsidR="00E244D8">
        <w:rPr>
          <w:b/>
          <w:bCs/>
        </w:rPr>
        <w:t>.</w:t>
      </w:r>
      <w:r w:rsidR="00C03B0E">
        <w:rPr>
          <w:b/>
          <w:bCs/>
        </w:rPr>
        <w:t>)</w:t>
      </w:r>
      <w:r w:rsidR="00E244D8">
        <w:rPr>
          <w:b/>
          <w:bCs/>
        </w:rPr>
        <w:t xml:space="preserve"> </w:t>
      </w:r>
      <w:r w:rsidR="004848A3">
        <w:br/>
      </w:r>
    </w:p>
    <w:tbl>
      <w:tblPr>
        <w:tblStyle w:val="TabloKlavuzu"/>
        <w:tblW w:w="9142" w:type="dxa"/>
        <w:tblInd w:w="38" w:type="dxa"/>
        <w:tblLook w:val="04A0" w:firstRow="1" w:lastRow="0" w:firstColumn="1" w:lastColumn="0" w:noHBand="0" w:noVBand="1"/>
      </w:tblPr>
      <w:tblGrid>
        <w:gridCol w:w="1913"/>
        <w:gridCol w:w="1701"/>
        <w:gridCol w:w="1654"/>
        <w:gridCol w:w="1756"/>
        <w:gridCol w:w="2118"/>
      </w:tblGrid>
      <w:tr w:rsidR="004848A3" w14:paraId="5D17BD25" w14:textId="77777777" w:rsidTr="0063389F">
        <w:tc>
          <w:tcPr>
            <w:tcW w:w="1913" w:type="dxa"/>
            <w:vAlign w:val="center"/>
          </w:tcPr>
          <w:p w14:paraId="7A991225" w14:textId="76106860" w:rsidR="004848A3" w:rsidRPr="0063389F" w:rsidRDefault="004848A3" w:rsidP="0063389F">
            <w:pPr>
              <w:jc w:val="center"/>
              <w:rPr>
                <w:b/>
                <w:bCs/>
              </w:rPr>
            </w:pPr>
            <w:proofErr w:type="spellStart"/>
            <w:r w:rsidRPr="0063389F">
              <w:rPr>
                <w:b/>
                <w:bCs/>
              </w:rPr>
              <w:t>Kulüp</w:t>
            </w:r>
            <w:proofErr w:type="spellEnd"/>
            <w:r w:rsidRPr="0063389F">
              <w:rPr>
                <w:b/>
                <w:bCs/>
              </w:rPr>
              <w:t xml:space="preserve"> </w:t>
            </w:r>
            <w:proofErr w:type="spellStart"/>
            <w:r w:rsidRPr="0063389F">
              <w:rPr>
                <w:b/>
                <w:bCs/>
              </w:rPr>
              <w:t>Adı</w:t>
            </w:r>
            <w:proofErr w:type="spellEnd"/>
          </w:p>
        </w:tc>
        <w:tc>
          <w:tcPr>
            <w:tcW w:w="1701" w:type="dxa"/>
            <w:vAlign w:val="center"/>
          </w:tcPr>
          <w:p w14:paraId="5D5A0682" w14:textId="16EEC559" w:rsidR="004848A3" w:rsidRPr="0063389F" w:rsidRDefault="004848A3" w:rsidP="0063389F">
            <w:pPr>
              <w:jc w:val="center"/>
              <w:rPr>
                <w:b/>
                <w:bCs/>
              </w:rPr>
            </w:pPr>
            <w:r w:rsidRPr="0063389F">
              <w:rPr>
                <w:b/>
                <w:bCs/>
              </w:rPr>
              <w:t xml:space="preserve">SEM </w:t>
            </w:r>
            <w:proofErr w:type="spellStart"/>
            <w:r w:rsidRPr="0063389F">
              <w:rPr>
                <w:b/>
                <w:bCs/>
              </w:rPr>
              <w:t>Sporcusu</w:t>
            </w:r>
            <w:proofErr w:type="spellEnd"/>
            <w:r w:rsidRPr="0063389F">
              <w:rPr>
                <w:b/>
                <w:bCs/>
              </w:rPr>
              <w:t xml:space="preserve"> Var İse </w:t>
            </w:r>
            <w:proofErr w:type="gramStart"/>
            <w:r w:rsidRPr="0063389F">
              <w:rPr>
                <w:b/>
                <w:bCs/>
              </w:rPr>
              <w:t>Sayısı ?</w:t>
            </w:r>
            <w:proofErr w:type="gramEnd"/>
          </w:p>
        </w:tc>
        <w:tc>
          <w:tcPr>
            <w:tcW w:w="1654" w:type="dxa"/>
            <w:vAlign w:val="center"/>
          </w:tcPr>
          <w:p w14:paraId="61B886CF" w14:textId="6CDAED51" w:rsidR="004848A3" w:rsidRPr="0063389F" w:rsidRDefault="004848A3" w:rsidP="0063389F">
            <w:pPr>
              <w:jc w:val="center"/>
              <w:rPr>
                <w:b/>
                <w:bCs/>
              </w:rPr>
            </w:pPr>
            <w:r w:rsidRPr="0063389F">
              <w:rPr>
                <w:b/>
                <w:bCs/>
              </w:rPr>
              <w:t xml:space="preserve">Milli </w:t>
            </w:r>
            <w:proofErr w:type="spellStart"/>
            <w:r w:rsidRPr="0063389F">
              <w:rPr>
                <w:b/>
                <w:bCs/>
              </w:rPr>
              <w:t>Takım</w:t>
            </w:r>
            <w:proofErr w:type="spellEnd"/>
            <w:r w:rsidRPr="0063389F">
              <w:rPr>
                <w:b/>
                <w:bCs/>
              </w:rPr>
              <w:t xml:space="preserve"> </w:t>
            </w:r>
            <w:proofErr w:type="spellStart"/>
            <w:r w:rsidRPr="0063389F">
              <w:rPr>
                <w:b/>
                <w:bCs/>
              </w:rPr>
              <w:t>Sporcusu</w:t>
            </w:r>
            <w:proofErr w:type="spellEnd"/>
            <w:r w:rsidRPr="0063389F">
              <w:rPr>
                <w:b/>
                <w:bCs/>
              </w:rPr>
              <w:t xml:space="preserve"> Var İse </w:t>
            </w:r>
            <w:proofErr w:type="gramStart"/>
            <w:r w:rsidRPr="0063389F">
              <w:rPr>
                <w:b/>
                <w:bCs/>
              </w:rPr>
              <w:t>Sayısı ?</w:t>
            </w:r>
            <w:proofErr w:type="gramEnd"/>
          </w:p>
        </w:tc>
        <w:tc>
          <w:tcPr>
            <w:tcW w:w="1756" w:type="dxa"/>
            <w:vAlign w:val="center"/>
          </w:tcPr>
          <w:p w14:paraId="51C2DAF9" w14:textId="6339BBF5" w:rsidR="004848A3" w:rsidRPr="0063389F" w:rsidRDefault="004848A3" w:rsidP="0063389F">
            <w:pPr>
              <w:jc w:val="center"/>
              <w:rPr>
                <w:b/>
                <w:bCs/>
              </w:rPr>
            </w:pPr>
            <w:r w:rsidRPr="0063389F">
              <w:rPr>
                <w:b/>
                <w:bCs/>
              </w:rPr>
              <w:t xml:space="preserve">YBK </w:t>
            </w:r>
            <w:proofErr w:type="spellStart"/>
            <w:r w:rsidRPr="0063389F">
              <w:rPr>
                <w:b/>
                <w:bCs/>
              </w:rPr>
              <w:t>Projesine</w:t>
            </w:r>
            <w:proofErr w:type="spellEnd"/>
            <w:r w:rsidRPr="0063389F">
              <w:rPr>
                <w:b/>
                <w:bCs/>
              </w:rPr>
              <w:t xml:space="preserve"> </w:t>
            </w:r>
            <w:proofErr w:type="spellStart"/>
            <w:r w:rsidRPr="0063389F">
              <w:rPr>
                <w:b/>
                <w:bCs/>
              </w:rPr>
              <w:t>Destek</w:t>
            </w:r>
            <w:proofErr w:type="spellEnd"/>
          </w:p>
          <w:p w14:paraId="7F18AE61" w14:textId="1C285147" w:rsidR="004848A3" w:rsidRPr="0063389F" w:rsidRDefault="004848A3" w:rsidP="0063389F">
            <w:pPr>
              <w:jc w:val="center"/>
              <w:rPr>
                <w:b/>
                <w:bCs/>
              </w:rPr>
            </w:pPr>
            <w:proofErr w:type="spellStart"/>
            <w:r w:rsidRPr="0063389F">
              <w:rPr>
                <w:b/>
                <w:bCs/>
              </w:rPr>
              <w:t>veriyor</w:t>
            </w:r>
            <w:proofErr w:type="spellEnd"/>
            <w:r w:rsidRPr="0063389F">
              <w:rPr>
                <w:b/>
                <w:bCs/>
              </w:rPr>
              <w:t xml:space="preserve"> </w:t>
            </w:r>
            <w:proofErr w:type="gramStart"/>
            <w:r w:rsidRPr="0063389F">
              <w:rPr>
                <w:b/>
                <w:bCs/>
              </w:rPr>
              <w:t>mu ?</w:t>
            </w:r>
            <w:proofErr w:type="gramEnd"/>
          </w:p>
        </w:tc>
        <w:tc>
          <w:tcPr>
            <w:tcW w:w="2118" w:type="dxa"/>
            <w:vAlign w:val="center"/>
          </w:tcPr>
          <w:p w14:paraId="70E6B0C1" w14:textId="38EC8158" w:rsidR="004848A3" w:rsidRPr="0063389F" w:rsidRDefault="004848A3" w:rsidP="0063389F">
            <w:pPr>
              <w:jc w:val="center"/>
              <w:rPr>
                <w:b/>
                <w:bCs/>
              </w:rPr>
            </w:pPr>
            <w:proofErr w:type="spellStart"/>
            <w:r w:rsidRPr="0063389F">
              <w:rPr>
                <w:b/>
                <w:bCs/>
              </w:rPr>
              <w:t>Mahalli</w:t>
            </w:r>
            <w:proofErr w:type="spellEnd"/>
            <w:r w:rsidRPr="0063389F">
              <w:rPr>
                <w:b/>
                <w:bCs/>
              </w:rPr>
              <w:t xml:space="preserve"> </w:t>
            </w:r>
            <w:proofErr w:type="spellStart"/>
            <w:r w:rsidR="0063389F" w:rsidRPr="0063389F">
              <w:rPr>
                <w:b/>
                <w:bCs/>
              </w:rPr>
              <w:t>ve</w:t>
            </w:r>
            <w:proofErr w:type="spellEnd"/>
            <w:r w:rsidR="0063389F" w:rsidRPr="0063389F">
              <w:rPr>
                <w:b/>
                <w:bCs/>
              </w:rPr>
              <w:t xml:space="preserve"> </w:t>
            </w:r>
            <w:proofErr w:type="spellStart"/>
            <w:r w:rsidR="0063389F" w:rsidRPr="0063389F">
              <w:rPr>
                <w:b/>
                <w:bCs/>
              </w:rPr>
              <w:t>Ulusal</w:t>
            </w:r>
            <w:proofErr w:type="spellEnd"/>
            <w:r w:rsidR="0063389F" w:rsidRPr="0063389F">
              <w:rPr>
                <w:b/>
                <w:bCs/>
              </w:rPr>
              <w:t xml:space="preserve"> </w:t>
            </w:r>
            <w:proofErr w:type="spellStart"/>
            <w:r w:rsidR="0063389F" w:rsidRPr="0063389F">
              <w:rPr>
                <w:b/>
                <w:bCs/>
              </w:rPr>
              <w:t>Yarışlara</w:t>
            </w:r>
            <w:proofErr w:type="spellEnd"/>
            <w:r w:rsidR="0063389F" w:rsidRPr="0063389F">
              <w:rPr>
                <w:b/>
                <w:bCs/>
              </w:rPr>
              <w:t xml:space="preserve"> </w:t>
            </w:r>
            <w:proofErr w:type="spellStart"/>
            <w:r w:rsidR="0063389F" w:rsidRPr="0063389F">
              <w:rPr>
                <w:b/>
                <w:bCs/>
              </w:rPr>
              <w:t>Katılım</w:t>
            </w:r>
            <w:proofErr w:type="spellEnd"/>
            <w:r w:rsidR="0063389F" w:rsidRPr="0063389F">
              <w:rPr>
                <w:b/>
                <w:bCs/>
              </w:rPr>
              <w:t xml:space="preserve"> </w:t>
            </w:r>
            <w:proofErr w:type="spellStart"/>
            <w:r w:rsidR="0063389F" w:rsidRPr="0063389F">
              <w:rPr>
                <w:b/>
                <w:bCs/>
              </w:rPr>
              <w:t>Sağlıyormusunuz</w:t>
            </w:r>
            <w:proofErr w:type="spellEnd"/>
            <w:r w:rsidR="0063389F" w:rsidRPr="0063389F">
              <w:rPr>
                <w:b/>
                <w:bCs/>
              </w:rPr>
              <w:t>?</w:t>
            </w:r>
          </w:p>
        </w:tc>
      </w:tr>
      <w:tr w:rsidR="004848A3" w14:paraId="7584FF36" w14:textId="77777777" w:rsidTr="0063389F">
        <w:trPr>
          <w:trHeight w:val="1022"/>
        </w:trPr>
        <w:tc>
          <w:tcPr>
            <w:tcW w:w="1913" w:type="dxa"/>
            <w:vAlign w:val="center"/>
          </w:tcPr>
          <w:p w14:paraId="72C016F8" w14:textId="7E0A10F6" w:rsidR="004848A3" w:rsidRDefault="004848A3" w:rsidP="0063389F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E3E22D3" w14:textId="77777777" w:rsidR="004848A3" w:rsidRDefault="004848A3" w:rsidP="0063389F">
            <w:pPr>
              <w:jc w:val="center"/>
            </w:pPr>
          </w:p>
        </w:tc>
        <w:tc>
          <w:tcPr>
            <w:tcW w:w="1654" w:type="dxa"/>
            <w:vAlign w:val="center"/>
          </w:tcPr>
          <w:p w14:paraId="40CAE6DF" w14:textId="77777777" w:rsidR="004848A3" w:rsidRDefault="004848A3" w:rsidP="0063389F">
            <w:pPr>
              <w:jc w:val="center"/>
            </w:pPr>
          </w:p>
        </w:tc>
        <w:tc>
          <w:tcPr>
            <w:tcW w:w="1756" w:type="dxa"/>
            <w:vAlign w:val="center"/>
          </w:tcPr>
          <w:p w14:paraId="4307DA45" w14:textId="77777777" w:rsidR="004848A3" w:rsidRDefault="004848A3" w:rsidP="0063389F">
            <w:pPr>
              <w:jc w:val="center"/>
            </w:pPr>
          </w:p>
        </w:tc>
        <w:tc>
          <w:tcPr>
            <w:tcW w:w="2118" w:type="dxa"/>
            <w:vAlign w:val="center"/>
          </w:tcPr>
          <w:p w14:paraId="1F4D5A11" w14:textId="77777777" w:rsidR="004848A3" w:rsidRDefault="004848A3" w:rsidP="0063389F">
            <w:pPr>
              <w:jc w:val="center"/>
            </w:pPr>
          </w:p>
        </w:tc>
      </w:tr>
    </w:tbl>
    <w:p w14:paraId="7FF93C50" w14:textId="59B74DEC" w:rsidR="00C45A27" w:rsidRDefault="00C45A27"/>
    <w:p w14:paraId="073F5E49" w14:textId="11145FE7" w:rsidR="0063389F" w:rsidRPr="00B163DC" w:rsidRDefault="0063389F">
      <w:pPr>
        <w:rPr>
          <w:u w:val="single"/>
        </w:rPr>
      </w:pPr>
      <w:proofErr w:type="spellStart"/>
      <w:r w:rsidRPr="00B163DC">
        <w:rPr>
          <w:u w:val="single"/>
        </w:rPr>
        <w:t>Tahsis</w:t>
      </w:r>
      <w:proofErr w:type="spellEnd"/>
      <w:r w:rsidRPr="00B163DC">
        <w:rPr>
          <w:u w:val="single"/>
        </w:rPr>
        <w:t xml:space="preserve"> </w:t>
      </w:r>
      <w:proofErr w:type="spellStart"/>
      <w:r w:rsidRPr="00B163DC">
        <w:rPr>
          <w:u w:val="single"/>
        </w:rPr>
        <w:t>Talep</w:t>
      </w:r>
      <w:proofErr w:type="spellEnd"/>
      <w:r w:rsidRPr="00B163DC">
        <w:rPr>
          <w:u w:val="single"/>
        </w:rPr>
        <w:t xml:space="preserve"> </w:t>
      </w:r>
      <w:proofErr w:type="spellStart"/>
      <w:r w:rsidRPr="00B163DC">
        <w:rPr>
          <w:u w:val="single"/>
        </w:rPr>
        <w:t>Bilgisi</w:t>
      </w:r>
      <w:proofErr w:type="spellEnd"/>
    </w:p>
    <w:tbl>
      <w:tblPr>
        <w:tblStyle w:val="TabloKlavuzu"/>
        <w:tblW w:w="9142" w:type="dxa"/>
        <w:tblInd w:w="38" w:type="dxa"/>
        <w:tblLook w:val="04A0" w:firstRow="1" w:lastRow="0" w:firstColumn="1" w:lastColumn="0" w:noHBand="0" w:noVBand="1"/>
      </w:tblPr>
      <w:tblGrid>
        <w:gridCol w:w="3614"/>
        <w:gridCol w:w="2410"/>
        <w:gridCol w:w="3118"/>
      </w:tblGrid>
      <w:tr w:rsidR="0063389F" w14:paraId="59B9BA39" w14:textId="77777777" w:rsidTr="0063389F">
        <w:trPr>
          <w:trHeight w:val="487"/>
        </w:trPr>
        <w:tc>
          <w:tcPr>
            <w:tcW w:w="3614" w:type="dxa"/>
            <w:vAlign w:val="center"/>
          </w:tcPr>
          <w:p w14:paraId="37FFD292" w14:textId="2C242779" w:rsidR="0063389F" w:rsidRPr="0063389F" w:rsidRDefault="0063389F" w:rsidP="0063389F">
            <w:pPr>
              <w:jc w:val="center"/>
              <w:rPr>
                <w:b/>
                <w:bCs/>
              </w:rPr>
            </w:pPr>
            <w:proofErr w:type="spellStart"/>
            <w:r w:rsidRPr="0063389F">
              <w:rPr>
                <w:b/>
                <w:bCs/>
              </w:rPr>
              <w:t>Talep</w:t>
            </w:r>
            <w:proofErr w:type="spellEnd"/>
            <w:r w:rsidR="00B163DC">
              <w:rPr>
                <w:b/>
                <w:bCs/>
              </w:rPr>
              <w:t xml:space="preserve"> </w:t>
            </w:r>
            <w:proofErr w:type="spellStart"/>
            <w:r w:rsidR="00B163DC">
              <w:rPr>
                <w:b/>
                <w:bCs/>
              </w:rPr>
              <w:t>Edilen</w:t>
            </w:r>
            <w:proofErr w:type="spellEnd"/>
            <w:r w:rsidRPr="0063389F">
              <w:rPr>
                <w:b/>
                <w:bCs/>
              </w:rPr>
              <w:t xml:space="preserve"> </w:t>
            </w:r>
            <w:proofErr w:type="spellStart"/>
            <w:r w:rsidRPr="0063389F">
              <w:rPr>
                <w:b/>
                <w:bCs/>
              </w:rPr>
              <w:t>Tarihler</w:t>
            </w:r>
            <w:proofErr w:type="spellEnd"/>
          </w:p>
        </w:tc>
        <w:tc>
          <w:tcPr>
            <w:tcW w:w="2410" w:type="dxa"/>
            <w:vAlign w:val="center"/>
          </w:tcPr>
          <w:p w14:paraId="6C3DFE5B" w14:textId="34C1C5F4" w:rsidR="0063389F" w:rsidRPr="0063389F" w:rsidRDefault="00B163DC" w:rsidP="0063389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Antreman</w:t>
            </w:r>
            <w:proofErr w:type="spellEnd"/>
            <w:r w:rsidR="0063389F" w:rsidRPr="0063389F">
              <w:rPr>
                <w:b/>
                <w:bCs/>
              </w:rPr>
              <w:t xml:space="preserve"> </w:t>
            </w:r>
            <w:proofErr w:type="spellStart"/>
            <w:r w:rsidR="0063389F" w:rsidRPr="0063389F">
              <w:rPr>
                <w:b/>
                <w:bCs/>
              </w:rPr>
              <w:t>Saatleri</w:t>
            </w:r>
            <w:proofErr w:type="spellEnd"/>
          </w:p>
        </w:tc>
        <w:tc>
          <w:tcPr>
            <w:tcW w:w="3118" w:type="dxa"/>
            <w:vAlign w:val="center"/>
          </w:tcPr>
          <w:p w14:paraId="2981490D" w14:textId="73CA41C6" w:rsidR="00B163DC" w:rsidRDefault="00B163DC" w:rsidP="0063389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Antremana</w:t>
            </w:r>
            <w:proofErr w:type="spellEnd"/>
            <w:r w:rsidR="0063389F" w:rsidRPr="0063389F">
              <w:rPr>
                <w:b/>
                <w:bCs/>
              </w:rPr>
              <w:t xml:space="preserve"> </w:t>
            </w:r>
            <w:proofErr w:type="spellStart"/>
            <w:r w:rsidR="0063389F" w:rsidRPr="0063389F">
              <w:rPr>
                <w:b/>
                <w:bCs/>
              </w:rPr>
              <w:t>Katılacak</w:t>
            </w:r>
            <w:proofErr w:type="spellEnd"/>
            <w:r w:rsidR="0063389F" w:rsidRPr="0063389F">
              <w:rPr>
                <w:b/>
                <w:bCs/>
              </w:rPr>
              <w:t xml:space="preserve"> </w:t>
            </w:r>
            <w:proofErr w:type="spellStart"/>
            <w:r w:rsidR="0063389F" w:rsidRPr="0063389F">
              <w:rPr>
                <w:b/>
                <w:bCs/>
              </w:rPr>
              <w:t>Performans</w:t>
            </w:r>
            <w:proofErr w:type="spellEnd"/>
            <w:r w:rsidR="0063389F" w:rsidRPr="0063389F">
              <w:rPr>
                <w:b/>
                <w:bCs/>
              </w:rPr>
              <w:t xml:space="preserve"> </w:t>
            </w:r>
          </w:p>
          <w:p w14:paraId="2153E8AA" w14:textId="7B132BB9" w:rsidR="0063389F" w:rsidRPr="0063389F" w:rsidRDefault="0063389F" w:rsidP="0063389F">
            <w:pPr>
              <w:jc w:val="center"/>
              <w:rPr>
                <w:b/>
                <w:bCs/>
              </w:rPr>
            </w:pPr>
            <w:proofErr w:type="spellStart"/>
            <w:r w:rsidRPr="0063389F">
              <w:rPr>
                <w:b/>
                <w:bCs/>
              </w:rPr>
              <w:t>Sporcuların</w:t>
            </w:r>
            <w:proofErr w:type="spellEnd"/>
            <w:r w:rsidRPr="0063389F">
              <w:rPr>
                <w:b/>
                <w:bCs/>
              </w:rPr>
              <w:t xml:space="preserve"> </w:t>
            </w:r>
            <w:proofErr w:type="spellStart"/>
            <w:r w:rsidRPr="0063389F">
              <w:rPr>
                <w:b/>
                <w:bCs/>
              </w:rPr>
              <w:t>Sayısı</w:t>
            </w:r>
            <w:proofErr w:type="spellEnd"/>
            <w:r w:rsidR="00B163DC">
              <w:rPr>
                <w:b/>
                <w:bCs/>
              </w:rPr>
              <w:t xml:space="preserve"> </w:t>
            </w:r>
          </w:p>
        </w:tc>
      </w:tr>
      <w:tr w:rsidR="0063389F" w14:paraId="39BD6612" w14:textId="77777777" w:rsidTr="0063389F">
        <w:trPr>
          <w:trHeight w:val="271"/>
        </w:trPr>
        <w:tc>
          <w:tcPr>
            <w:tcW w:w="3614" w:type="dxa"/>
            <w:vAlign w:val="center"/>
          </w:tcPr>
          <w:p w14:paraId="33F9AF69" w14:textId="3CCB0058" w:rsidR="0063389F" w:rsidRPr="0063389F" w:rsidRDefault="00E244D8" w:rsidP="0063389F">
            <w:pPr>
              <w:jc w:val="center"/>
              <w:rPr>
                <w:color w:val="EE0000"/>
              </w:rPr>
            </w:pPr>
            <w:proofErr w:type="gramStart"/>
            <w:r>
              <w:rPr>
                <w:color w:val="EE0000"/>
              </w:rPr>
              <w:t>6</w:t>
            </w:r>
            <w:r w:rsidR="00242171">
              <w:rPr>
                <w:color w:val="EE0000"/>
              </w:rPr>
              <w:t xml:space="preserve"> </w:t>
            </w:r>
            <w:r w:rsidR="0063389F" w:rsidRPr="0063389F">
              <w:rPr>
                <w:color w:val="EE0000"/>
              </w:rPr>
              <w:t xml:space="preserve"> </w:t>
            </w:r>
            <w:r>
              <w:rPr>
                <w:color w:val="EE0000"/>
              </w:rPr>
              <w:t>Ekim</w:t>
            </w:r>
            <w:proofErr w:type="gramEnd"/>
            <w:r w:rsidR="0063389F" w:rsidRPr="0063389F">
              <w:rPr>
                <w:color w:val="EE0000"/>
              </w:rPr>
              <w:t xml:space="preserve"> 2026 </w:t>
            </w:r>
            <w:proofErr w:type="spellStart"/>
            <w:r w:rsidR="0063389F" w:rsidRPr="0063389F">
              <w:rPr>
                <w:color w:val="EE0000"/>
              </w:rPr>
              <w:t>Salı</w:t>
            </w:r>
            <w:proofErr w:type="spellEnd"/>
          </w:p>
        </w:tc>
        <w:tc>
          <w:tcPr>
            <w:tcW w:w="2410" w:type="dxa"/>
            <w:vAlign w:val="center"/>
          </w:tcPr>
          <w:p w14:paraId="0CCB222B" w14:textId="1DB4CC32" w:rsidR="0063389F" w:rsidRPr="0063389F" w:rsidRDefault="0063389F" w:rsidP="0063389F">
            <w:pPr>
              <w:jc w:val="center"/>
              <w:rPr>
                <w:color w:val="EE0000"/>
              </w:rPr>
            </w:pPr>
            <w:r w:rsidRPr="0063389F">
              <w:rPr>
                <w:color w:val="EE0000"/>
              </w:rPr>
              <w:t>1</w:t>
            </w:r>
            <w:r w:rsidR="00E244D8">
              <w:rPr>
                <w:color w:val="EE0000"/>
              </w:rPr>
              <w:t>9</w:t>
            </w:r>
            <w:r w:rsidRPr="0063389F">
              <w:rPr>
                <w:color w:val="EE0000"/>
              </w:rPr>
              <w:t>:</w:t>
            </w:r>
            <w:r w:rsidR="00E244D8">
              <w:rPr>
                <w:color w:val="EE0000"/>
              </w:rPr>
              <w:t>30</w:t>
            </w:r>
            <w:r w:rsidRPr="0063389F">
              <w:rPr>
                <w:color w:val="EE0000"/>
              </w:rPr>
              <w:t>/</w:t>
            </w:r>
            <w:r w:rsidR="00E244D8">
              <w:rPr>
                <w:color w:val="EE0000"/>
              </w:rPr>
              <w:t>21</w:t>
            </w:r>
            <w:r w:rsidRPr="0063389F">
              <w:rPr>
                <w:color w:val="EE0000"/>
              </w:rPr>
              <w:t>:</w:t>
            </w:r>
            <w:r w:rsidR="00E244D8">
              <w:rPr>
                <w:color w:val="EE0000"/>
              </w:rPr>
              <w:t>0</w:t>
            </w:r>
            <w:r w:rsidRPr="0063389F">
              <w:rPr>
                <w:color w:val="EE0000"/>
              </w:rPr>
              <w:t>0</w:t>
            </w:r>
          </w:p>
        </w:tc>
        <w:tc>
          <w:tcPr>
            <w:tcW w:w="3118" w:type="dxa"/>
            <w:vAlign w:val="center"/>
          </w:tcPr>
          <w:p w14:paraId="67EA88FC" w14:textId="5C7F898E" w:rsidR="0063389F" w:rsidRPr="0063389F" w:rsidRDefault="00E244D8" w:rsidP="0063389F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 xml:space="preserve">1 </w:t>
            </w:r>
            <w:proofErr w:type="spellStart"/>
            <w:proofErr w:type="gramStart"/>
            <w:r>
              <w:rPr>
                <w:color w:val="EE0000"/>
              </w:rPr>
              <w:t>Kulvar</w:t>
            </w:r>
            <w:proofErr w:type="spellEnd"/>
            <w:r>
              <w:rPr>
                <w:color w:val="EE0000"/>
              </w:rPr>
              <w:t xml:space="preserve">  -</w:t>
            </w:r>
            <w:proofErr w:type="gramEnd"/>
            <w:r>
              <w:rPr>
                <w:color w:val="EE0000"/>
              </w:rPr>
              <w:t xml:space="preserve"> 12 </w:t>
            </w:r>
            <w:proofErr w:type="spellStart"/>
            <w:r>
              <w:rPr>
                <w:color w:val="EE0000"/>
              </w:rPr>
              <w:t>Sporcu</w:t>
            </w:r>
            <w:proofErr w:type="spellEnd"/>
          </w:p>
        </w:tc>
      </w:tr>
      <w:tr w:rsidR="0063389F" w14:paraId="14C5EDC2" w14:textId="77777777" w:rsidTr="0063389F">
        <w:trPr>
          <w:trHeight w:val="271"/>
        </w:trPr>
        <w:tc>
          <w:tcPr>
            <w:tcW w:w="3614" w:type="dxa"/>
            <w:vAlign w:val="center"/>
          </w:tcPr>
          <w:p w14:paraId="082F1F96" w14:textId="11060E28" w:rsidR="0063389F" w:rsidRPr="0063389F" w:rsidRDefault="00E244D8" w:rsidP="0063389F">
            <w:pPr>
              <w:jc w:val="center"/>
              <w:rPr>
                <w:color w:val="EE0000"/>
              </w:rPr>
            </w:pPr>
            <w:proofErr w:type="gramStart"/>
            <w:r>
              <w:rPr>
                <w:color w:val="EE0000"/>
              </w:rPr>
              <w:t>10</w:t>
            </w:r>
            <w:r>
              <w:rPr>
                <w:color w:val="EE0000"/>
              </w:rPr>
              <w:t xml:space="preserve"> </w:t>
            </w:r>
            <w:r w:rsidRPr="0063389F">
              <w:rPr>
                <w:color w:val="EE0000"/>
              </w:rPr>
              <w:t xml:space="preserve"> </w:t>
            </w:r>
            <w:r>
              <w:rPr>
                <w:color w:val="EE0000"/>
              </w:rPr>
              <w:t>Ekim</w:t>
            </w:r>
            <w:proofErr w:type="gramEnd"/>
            <w:r w:rsidRPr="0063389F">
              <w:rPr>
                <w:color w:val="EE0000"/>
              </w:rPr>
              <w:t xml:space="preserve"> 2026 </w:t>
            </w:r>
            <w:proofErr w:type="spellStart"/>
            <w:r>
              <w:rPr>
                <w:color w:val="EE0000"/>
              </w:rPr>
              <w:t>Cumartesi</w:t>
            </w:r>
            <w:proofErr w:type="spellEnd"/>
          </w:p>
        </w:tc>
        <w:tc>
          <w:tcPr>
            <w:tcW w:w="2410" w:type="dxa"/>
            <w:vAlign w:val="center"/>
          </w:tcPr>
          <w:p w14:paraId="12DB6069" w14:textId="492CC3CF" w:rsidR="0063389F" w:rsidRPr="0063389F" w:rsidRDefault="00E244D8" w:rsidP="0063389F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17</w:t>
            </w:r>
            <w:r w:rsidRPr="0063389F">
              <w:rPr>
                <w:color w:val="EE0000"/>
              </w:rPr>
              <w:t>:</w:t>
            </w:r>
            <w:r>
              <w:rPr>
                <w:color w:val="EE0000"/>
              </w:rPr>
              <w:t>30</w:t>
            </w:r>
            <w:r w:rsidRPr="0063389F">
              <w:rPr>
                <w:color w:val="EE0000"/>
              </w:rPr>
              <w:t>/</w:t>
            </w:r>
            <w:r>
              <w:rPr>
                <w:color w:val="EE0000"/>
              </w:rPr>
              <w:t>19</w:t>
            </w:r>
            <w:r w:rsidRPr="0063389F">
              <w:rPr>
                <w:color w:val="EE0000"/>
              </w:rPr>
              <w:t>:</w:t>
            </w:r>
            <w:r>
              <w:rPr>
                <w:color w:val="EE0000"/>
              </w:rPr>
              <w:t>0</w:t>
            </w:r>
            <w:r w:rsidRPr="0063389F">
              <w:rPr>
                <w:color w:val="EE0000"/>
              </w:rPr>
              <w:t>0</w:t>
            </w:r>
          </w:p>
        </w:tc>
        <w:tc>
          <w:tcPr>
            <w:tcW w:w="3118" w:type="dxa"/>
            <w:vAlign w:val="center"/>
          </w:tcPr>
          <w:p w14:paraId="050E685A" w14:textId="7D294179" w:rsidR="0063389F" w:rsidRPr="0063389F" w:rsidRDefault="00E244D8" w:rsidP="0063389F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 xml:space="preserve">3 </w:t>
            </w:r>
            <w:proofErr w:type="spellStart"/>
            <w:r>
              <w:rPr>
                <w:color w:val="EE0000"/>
              </w:rPr>
              <w:t>Kulvar</w:t>
            </w:r>
            <w:proofErr w:type="spellEnd"/>
            <w:r>
              <w:rPr>
                <w:color w:val="EE0000"/>
              </w:rPr>
              <w:t xml:space="preserve"> – 36 </w:t>
            </w:r>
            <w:proofErr w:type="spellStart"/>
            <w:r>
              <w:rPr>
                <w:color w:val="EE0000"/>
              </w:rPr>
              <w:t>Sporcu</w:t>
            </w:r>
            <w:proofErr w:type="spellEnd"/>
          </w:p>
        </w:tc>
      </w:tr>
      <w:tr w:rsidR="00365AD1" w14:paraId="098C88E9" w14:textId="77777777" w:rsidTr="0063389F">
        <w:trPr>
          <w:trHeight w:val="271"/>
        </w:trPr>
        <w:tc>
          <w:tcPr>
            <w:tcW w:w="3614" w:type="dxa"/>
            <w:vAlign w:val="center"/>
          </w:tcPr>
          <w:p w14:paraId="5EF8AE67" w14:textId="5946DF08" w:rsidR="00365AD1" w:rsidRPr="0063389F" w:rsidRDefault="00365AD1" w:rsidP="00365AD1">
            <w:pPr>
              <w:jc w:val="center"/>
              <w:rPr>
                <w:color w:val="EE0000"/>
              </w:rPr>
            </w:pPr>
            <w:proofErr w:type="gramStart"/>
            <w:r>
              <w:rPr>
                <w:color w:val="EE0000"/>
              </w:rPr>
              <w:t>1</w:t>
            </w:r>
            <w:r>
              <w:rPr>
                <w:color w:val="EE0000"/>
              </w:rPr>
              <w:t>1</w:t>
            </w:r>
            <w:r>
              <w:rPr>
                <w:color w:val="EE0000"/>
              </w:rPr>
              <w:t xml:space="preserve"> </w:t>
            </w:r>
            <w:r w:rsidRPr="0063389F">
              <w:rPr>
                <w:color w:val="EE0000"/>
              </w:rPr>
              <w:t xml:space="preserve"> </w:t>
            </w:r>
            <w:r>
              <w:rPr>
                <w:color w:val="EE0000"/>
              </w:rPr>
              <w:t>Ekim</w:t>
            </w:r>
            <w:proofErr w:type="gramEnd"/>
            <w:r w:rsidRPr="0063389F">
              <w:rPr>
                <w:color w:val="EE0000"/>
              </w:rPr>
              <w:t xml:space="preserve"> 2026 </w:t>
            </w:r>
            <w:r>
              <w:rPr>
                <w:color w:val="EE0000"/>
              </w:rPr>
              <w:t>Pazar</w:t>
            </w:r>
          </w:p>
        </w:tc>
        <w:tc>
          <w:tcPr>
            <w:tcW w:w="2410" w:type="dxa"/>
            <w:vAlign w:val="center"/>
          </w:tcPr>
          <w:p w14:paraId="0547919E" w14:textId="33F57E5E" w:rsidR="00365AD1" w:rsidRPr="0063389F" w:rsidRDefault="00365AD1" w:rsidP="00365AD1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17</w:t>
            </w:r>
            <w:r w:rsidRPr="0063389F">
              <w:rPr>
                <w:color w:val="EE0000"/>
              </w:rPr>
              <w:t>:</w:t>
            </w:r>
            <w:r>
              <w:rPr>
                <w:color w:val="EE0000"/>
              </w:rPr>
              <w:t>30</w:t>
            </w:r>
            <w:r w:rsidRPr="0063389F">
              <w:rPr>
                <w:color w:val="EE0000"/>
              </w:rPr>
              <w:t>/</w:t>
            </w:r>
            <w:r>
              <w:rPr>
                <w:color w:val="EE0000"/>
              </w:rPr>
              <w:t>19</w:t>
            </w:r>
            <w:r w:rsidRPr="0063389F">
              <w:rPr>
                <w:color w:val="EE0000"/>
              </w:rPr>
              <w:t>:</w:t>
            </w:r>
            <w:r>
              <w:rPr>
                <w:color w:val="EE0000"/>
              </w:rPr>
              <w:t>0</w:t>
            </w:r>
            <w:r w:rsidRPr="0063389F">
              <w:rPr>
                <w:color w:val="EE0000"/>
              </w:rPr>
              <w:t>0</w:t>
            </w:r>
          </w:p>
        </w:tc>
        <w:tc>
          <w:tcPr>
            <w:tcW w:w="3118" w:type="dxa"/>
            <w:vAlign w:val="center"/>
          </w:tcPr>
          <w:p w14:paraId="25AA18F7" w14:textId="6BFDA799" w:rsidR="00365AD1" w:rsidRPr="0063389F" w:rsidRDefault="00365AD1" w:rsidP="00365AD1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 xml:space="preserve">3 </w:t>
            </w:r>
            <w:proofErr w:type="spellStart"/>
            <w:r>
              <w:rPr>
                <w:color w:val="EE0000"/>
              </w:rPr>
              <w:t>Kulvar</w:t>
            </w:r>
            <w:proofErr w:type="spellEnd"/>
            <w:r>
              <w:rPr>
                <w:color w:val="EE0000"/>
              </w:rPr>
              <w:t xml:space="preserve"> – 36 </w:t>
            </w:r>
            <w:proofErr w:type="spellStart"/>
            <w:r>
              <w:rPr>
                <w:color w:val="EE0000"/>
              </w:rPr>
              <w:t>Sporcu</w:t>
            </w:r>
            <w:proofErr w:type="spellEnd"/>
          </w:p>
        </w:tc>
      </w:tr>
      <w:tr w:rsidR="00365AD1" w14:paraId="22475861" w14:textId="77777777" w:rsidTr="0063389F">
        <w:trPr>
          <w:trHeight w:val="271"/>
        </w:trPr>
        <w:tc>
          <w:tcPr>
            <w:tcW w:w="3614" w:type="dxa"/>
            <w:vAlign w:val="center"/>
          </w:tcPr>
          <w:p w14:paraId="4759FB88" w14:textId="4E448146" w:rsidR="00365AD1" w:rsidRPr="0063389F" w:rsidRDefault="00365AD1" w:rsidP="00365AD1">
            <w:pPr>
              <w:rPr>
                <w:color w:val="EE0000"/>
              </w:rPr>
            </w:pPr>
          </w:p>
        </w:tc>
        <w:tc>
          <w:tcPr>
            <w:tcW w:w="2410" w:type="dxa"/>
            <w:vAlign w:val="center"/>
          </w:tcPr>
          <w:p w14:paraId="621379FA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  <w:tc>
          <w:tcPr>
            <w:tcW w:w="3118" w:type="dxa"/>
            <w:vAlign w:val="center"/>
          </w:tcPr>
          <w:p w14:paraId="203B6967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</w:tr>
      <w:tr w:rsidR="00365AD1" w14:paraId="49F15946" w14:textId="77777777" w:rsidTr="0063389F">
        <w:trPr>
          <w:trHeight w:val="271"/>
        </w:trPr>
        <w:tc>
          <w:tcPr>
            <w:tcW w:w="3614" w:type="dxa"/>
            <w:vAlign w:val="center"/>
          </w:tcPr>
          <w:p w14:paraId="63CC38D5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  <w:tc>
          <w:tcPr>
            <w:tcW w:w="2410" w:type="dxa"/>
            <w:vAlign w:val="center"/>
          </w:tcPr>
          <w:p w14:paraId="2CAD2F6D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  <w:tc>
          <w:tcPr>
            <w:tcW w:w="3118" w:type="dxa"/>
            <w:vAlign w:val="center"/>
          </w:tcPr>
          <w:p w14:paraId="0B013F98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</w:tr>
      <w:tr w:rsidR="00365AD1" w14:paraId="7509F08B" w14:textId="77777777" w:rsidTr="0063389F">
        <w:trPr>
          <w:trHeight w:val="271"/>
        </w:trPr>
        <w:tc>
          <w:tcPr>
            <w:tcW w:w="3614" w:type="dxa"/>
            <w:vAlign w:val="center"/>
          </w:tcPr>
          <w:p w14:paraId="5342C83F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  <w:tc>
          <w:tcPr>
            <w:tcW w:w="2410" w:type="dxa"/>
            <w:vAlign w:val="center"/>
          </w:tcPr>
          <w:p w14:paraId="4408FF50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  <w:tc>
          <w:tcPr>
            <w:tcW w:w="3118" w:type="dxa"/>
            <w:vAlign w:val="center"/>
          </w:tcPr>
          <w:p w14:paraId="28378584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</w:tr>
      <w:tr w:rsidR="00365AD1" w14:paraId="2257795E" w14:textId="77777777" w:rsidTr="0063389F">
        <w:trPr>
          <w:trHeight w:val="271"/>
        </w:trPr>
        <w:tc>
          <w:tcPr>
            <w:tcW w:w="3614" w:type="dxa"/>
            <w:vAlign w:val="center"/>
          </w:tcPr>
          <w:p w14:paraId="2E29F65C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  <w:tc>
          <w:tcPr>
            <w:tcW w:w="2410" w:type="dxa"/>
            <w:vAlign w:val="center"/>
          </w:tcPr>
          <w:p w14:paraId="1ADCF7BF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  <w:tc>
          <w:tcPr>
            <w:tcW w:w="3118" w:type="dxa"/>
            <w:vAlign w:val="center"/>
          </w:tcPr>
          <w:p w14:paraId="2A192970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</w:tr>
      <w:tr w:rsidR="00365AD1" w14:paraId="026B1DCD" w14:textId="77777777" w:rsidTr="0063389F">
        <w:trPr>
          <w:trHeight w:val="271"/>
        </w:trPr>
        <w:tc>
          <w:tcPr>
            <w:tcW w:w="3614" w:type="dxa"/>
            <w:vAlign w:val="center"/>
          </w:tcPr>
          <w:p w14:paraId="58F2442C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  <w:tc>
          <w:tcPr>
            <w:tcW w:w="2410" w:type="dxa"/>
            <w:vAlign w:val="center"/>
          </w:tcPr>
          <w:p w14:paraId="612E2BD1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  <w:tc>
          <w:tcPr>
            <w:tcW w:w="3118" w:type="dxa"/>
            <w:vAlign w:val="center"/>
          </w:tcPr>
          <w:p w14:paraId="4353D6FA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</w:tr>
      <w:tr w:rsidR="00365AD1" w14:paraId="290220F7" w14:textId="77777777" w:rsidTr="0063389F">
        <w:trPr>
          <w:trHeight w:val="271"/>
        </w:trPr>
        <w:tc>
          <w:tcPr>
            <w:tcW w:w="3614" w:type="dxa"/>
            <w:vAlign w:val="center"/>
          </w:tcPr>
          <w:p w14:paraId="6C9DAE81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  <w:tc>
          <w:tcPr>
            <w:tcW w:w="2410" w:type="dxa"/>
            <w:vAlign w:val="center"/>
          </w:tcPr>
          <w:p w14:paraId="783C6AFE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  <w:tc>
          <w:tcPr>
            <w:tcW w:w="3118" w:type="dxa"/>
            <w:vAlign w:val="center"/>
          </w:tcPr>
          <w:p w14:paraId="40E19446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</w:tr>
      <w:tr w:rsidR="00365AD1" w14:paraId="43F7550F" w14:textId="77777777" w:rsidTr="0063389F">
        <w:trPr>
          <w:trHeight w:val="271"/>
        </w:trPr>
        <w:tc>
          <w:tcPr>
            <w:tcW w:w="3614" w:type="dxa"/>
            <w:vAlign w:val="center"/>
          </w:tcPr>
          <w:p w14:paraId="6EE54512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  <w:tc>
          <w:tcPr>
            <w:tcW w:w="2410" w:type="dxa"/>
            <w:vAlign w:val="center"/>
          </w:tcPr>
          <w:p w14:paraId="6C97BCD8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  <w:tc>
          <w:tcPr>
            <w:tcW w:w="3118" w:type="dxa"/>
            <w:vAlign w:val="center"/>
          </w:tcPr>
          <w:p w14:paraId="1434ADAC" w14:textId="77777777" w:rsidR="00365AD1" w:rsidRPr="0063389F" w:rsidRDefault="00365AD1" w:rsidP="00365AD1">
            <w:pPr>
              <w:jc w:val="center"/>
              <w:rPr>
                <w:color w:val="EE0000"/>
              </w:rPr>
            </w:pPr>
          </w:p>
        </w:tc>
      </w:tr>
    </w:tbl>
    <w:p w14:paraId="56C4493B" w14:textId="77777777" w:rsidR="0063389F" w:rsidRDefault="0063389F"/>
    <w:p w14:paraId="08EB0224" w14:textId="77777777" w:rsidR="00E852F5" w:rsidRDefault="00E852F5"/>
    <w:p w14:paraId="1FB37E37" w14:textId="1B3710DD" w:rsidR="00E852F5" w:rsidRPr="00EB71EA" w:rsidRDefault="00EB71EA">
      <w:pPr>
        <w:rPr>
          <w:b/>
          <w:bCs/>
        </w:rPr>
      </w:pPr>
      <w:r w:rsidRPr="00EB71EA">
        <w:rPr>
          <w:b/>
          <w:bCs/>
        </w:rPr>
        <w:t>E</w:t>
      </w:r>
      <w:r>
        <w:rPr>
          <w:b/>
          <w:bCs/>
        </w:rPr>
        <w:t>K</w:t>
      </w:r>
      <w:r w:rsidRPr="00EB71EA">
        <w:rPr>
          <w:b/>
          <w:bCs/>
        </w:rPr>
        <w:t xml:space="preserve"> </w:t>
      </w:r>
      <w:r>
        <w:rPr>
          <w:b/>
          <w:bCs/>
        </w:rPr>
        <w:t>2</w:t>
      </w:r>
    </w:p>
    <w:p w14:paraId="26B098A4" w14:textId="77777777" w:rsidR="00EB71EA" w:rsidRDefault="00EB71EA" w:rsidP="00EB71EA">
      <w:pPr>
        <w:jc w:val="center"/>
        <w:rPr>
          <w:rFonts w:ascii="Times New Roman" w:hAnsi="Times New Roman" w:cs="Times New Roman"/>
          <w:b/>
          <w:sz w:val="24"/>
        </w:rPr>
      </w:pPr>
    </w:p>
    <w:p w14:paraId="0DDB49F8" w14:textId="704874AA" w:rsidR="00EB71EA" w:rsidRDefault="00EB71EA" w:rsidP="00EB71EA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SELÇUKLU GENÇLİK VE SPOR İLÇE MÜDÜRLÜĞÜNE</w:t>
      </w:r>
    </w:p>
    <w:p w14:paraId="3AD18BD7" w14:textId="40743C61" w:rsidR="00EB71EA" w:rsidRDefault="00EB71EA" w:rsidP="00EB71EA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</w:rPr>
        <w:t>Selçuklu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Hocacihan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Yarı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Olimpik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Yüzme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Havuzu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Amirliğine)</w:t>
      </w:r>
    </w:p>
    <w:p w14:paraId="26CEFA39" w14:textId="77777777" w:rsidR="0052365F" w:rsidRPr="00EB71EA" w:rsidRDefault="0052365F" w:rsidP="00EB71EA">
      <w:pPr>
        <w:jc w:val="center"/>
        <w:rPr>
          <w:rFonts w:ascii="Times New Roman" w:hAnsi="Times New Roman" w:cs="Times New Roman"/>
          <w:b/>
          <w:sz w:val="24"/>
        </w:rPr>
      </w:pPr>
    </w:p>
    <w:p w14:paraId="5385165B" w14:textId="10EB5F40" w:rsidR="00EB71EA" w:rsidRDefault="00EB71EA" w:rsidP="00EB71EA">
      <w:pPr>
        <w:ind w:firstLine="720"/>
      </w:pPr>
      <w:proofErr w:type="spellStart"/>
      <w:r>
        <w:t>Selçuklu</w:t>
      </w:r>
      <w:proofErr w:type="spellEnd"/>
      <w:r>
        <w:t xml:space="preserve"> </w:t>
      </w:r>
      <w:proofErr w:type="spellStart"/>
      <w:r>
        <w:t>Gençlik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Spor </w:t>
      </w:r>
      <w:proofErr w:type="spellStart"/>
      <w:r>
        <w:t>İlçe</w:t>
      </w:r>
      <w:proofErr w:type="spellEnd"/>
      <w:r>
        <w:t xml:space="preserve"> </w:t>
      </w:r>
      <w:proofErr w:type="spellStart"/>
      <w:r>
        <w:t>Müdürlüğü</w:t>
      </w:r>
      <w:proofErr w:type="spellEnd"/>
      <w:r>
        <w:t xml:space="preserve"> </w:t>
      </w:r>
      <w:proofErr w:type="spellStart"/>
      <w:r>
        <w:t>bünyesinde</w:t>
      </w:r>
      <w:proofErr w:type="spellEnd"/>
      <w: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 </w:t>
      </w:r>
      <w:proofErr w:type="spellStart"/>
      <w:r>
        <w:t>Selçuklu</w:t>
      </w:r>
      <w:proofErr w:type="spellEnd"/>
      <w:r>
        <w:t xml:space="preserve"> </w:t>
      </w:r>
      <w:proofErr w:type="spellStart"/>
      <w:r>
        <w:t>Hocacihan</w:t>
      </w:r>
      <w:proofErr w:type="spellEnd"/>
      <w:r>
        <w:t xml:space="preserve"> </w:t>
      </w:r>
      <w:proofErr w:type="spellStart"/>
      <w:r>
        <w:t>Yarı</w:t>
      </w:r>
      <w:proofErr w:type="spellEnd"/>
      <w:r>
        <w:t xml:space="preserve"> </w:t>
      </w:r>
      <w:proofErr w:type="spellStart"/>
      <w:r>
        <w:t>Olimpik</w:t>
      </w:r>
      <w:proofErr w:type="spellEnd"/>
      <w:r>
        <w:t xml:space="preserve"> </w:t>
      </w:r>
      <w:proofErr w:type="spellStart"/>
      <w:r>
        <w:t>Yüzme</w:t>
      </w:r>
      <w:proofErr w:type="spellEnd"/>
      <w:r>
        <w:t xml:space="preserve"> </w:t>
      </w:r>
      <w:proofErr w:type="spellStart"/>
      <w:r>
        <w:t>Havuzu’nda</w:t>
      </w:r>
      <w:proofErr w:type="spellEnd"/>
      <w:r>
        <w:t xml:space="preserve"> </w:t>
      </w:r>
      <w:proofErr w:type="spellStart"/>
      <w:r>
        <w:t>Kulüp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talep</w:t>
      </w:r>
      <w:proofErr w:type="spellEnd"/>
      <w:r>
        <w:t xml:space="preserve"> </w:t>
      </w:r>
      <w:proofErr w:type="spellStart"/>
      <w:proofErr w:type="gramStart"/>
      <w:r>
        <w:t>ettiğimiz</w:t>
      </w:r>
      <w:proofErr w:type="spellEnd"/>
      <w:r>
        <w:t xml:space="preserve">  </w:t>
      </w:r>
      <w:proofErr w:type="spellStart"/>
      <w:r>
        <w:t>performans</w:t>
      </w:r>
      <w:proofErr w:type="spellEnd"/>
      <w:proofErr w:type="gramEnd"/>
      <w:r>
        <w:t xml:space="preserve"> </w:t>
      </w:r>
      <w:proofErr w:type="spellStart"/>
      <w:r>
        <w:t>antremanları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</w:p>
    <w:tbl>
      <w:tblPr>
        <w:tblStyle w:val="TabloKlavuzu"/>
        <w:tblW w:w="11199" w:type="dxa"/>
        <w:tblInd w:w="-1281" w:type="dxa"/>
        <w:tblLook w:val="04A0" w:firstRow="1" w:lastRow="0" w:firstColumn="1" w:lastColumn="0" w:noHBand="0" w:noVBand="1"/>
      </w:tblPr>
      <w:tblGrid>
        <w:gridCol w:w="1418"/>
        <w:gridCol w:w="2268"/>
        <w:gridCol w:w="1701"/>
        <w:gridCol w:w="1559"/>
        <w:gridCol w:w="1560"/>
        <w:gridCol w:w="2693"/>
      </w:tblGrid>
      <w:tr w:rsidR="00C97CD1" w14:paraId="7D4F34CC" w14:textId="77777777" w:rsidTr="00C97CD1">
        <w:trPr>
          <w:trHeight w:val="401"/>
        </w:trPr>
        <w:tc>
          <w:tcPr>
            <w:tcW w:w="1418" w:type="dxa"/>
          </w:tcPr>
          <w:p w14:paraId="1C27B491" w14:textId="60C2736E" w:rsidR="00C97CD1" w:rsidRDefault="00C97CD1" w:rsidP="00C97CD1">
            <w:proofErr w:type="spellStart"/>
            <w:r>
              <w:t>Ünvanı</w:t>
            </w:r>
            <w:proofErr w:type="spellEnd"/>
            <w:r>
              <w:t xml:space="preserve"> </w:t>
            </w:r>
          </w:p>
        </w:tc>
        <w:tc>
          <w:tcPr>
            <w:tcW w:w="2268" w:type="dxa"/>
          </w:tcPr>
          <w:p w14:paraId="3A46E004" w14:textId="7F27CED6" w:rsidR="00C97CD1" w:rsidRDefault="00C97CD1" w:rsidP="00C97CD1">
            <w:proofErr w:type="spellStart"/>
            <w:r>
              <w:t>Adı</w:t>
            </w:r>
            <w:proofErr w:type="spellEnd"/>
            <w:r>
              <w:t xml:space="preserve"> </w:t>
            </w:r>
            <w:proofErr w:type="spellStart"/>
            <w:r>
              <w:t>Soyadı</w:t>
            </w:r>
            <w:proofErr w:type="spellEnd"/>
          </w:p>
        </w:tc>
        <w:tc>
          <w:tcPr>
            <w:tcW w:w="1701" w:type="dxa"/>
          </w:tcPr>
          <w:p w14:paraId="4C0CBBEA" w14:textId="4838E262" w:rsidR="00C97CD1" w:rsidRDefault="00C97CD1" w:rsidP="00C97CD1">
            <w:r>
              <w:t>TC No</w:t>
            </w:r>
          </w:p>
        </w:tc>
        <w:tc>
          <w:tcPr>
            <w:tcW w:w="1559" w:type="dxa"/>
          </w:tcPr>
          <w:p w14:paraId="1F91DE45" w14:textId="6FE0DF93" w:rsidR="00C97CD1" w:rsidRDefault="00C97CD1" w:rsidP="00C97CD1">
            <w:r>
              <w:t xml:space="preserve">Gün Ay Yıl </w:t>
            </w:r>
            <w:proofErr w:type="spellStart"/>
            <w:r>
              <w:t>Dogum</w:t>
            </w:r>
            <w:proofErr w:type="spellEnd"/>
            <w:r>
              <w:t xml:space="preserve"> </w:t>
            </w:r>
            <w:proofErr w:type="spellStart"/>
            <w:r>
              <w:t>Tarihi</w:t>
            </w:r>
            <w:proofErr w:type="spellEnd"/>
          </w:p>
        </w:tc>
        <w:tc>
          <w:tcPr>
            <w:tcW w:w="1560" w:type="dxa"/>
          </w:tcPr>
          <w:p w14:paraId="611A09FD" w14:textId="281080C1" w:rsidR="00C97CD1" w:rsidRDefault="00C97CD1" w:rsidP="00C97CD1">
            <w:proofErr w:type="spellStart"/>
            <w:r>
              <w:t>İrtibat</w:t>
            </w:r>
            <w:proofErr w:type="spellEnd"/>
            <w:r>
              <w:t xml:space="preserve"> No</w:t>
            </w:r>
          </w:p>
        </w:tc>
        <w:tc>
          <w:tcPr>
            <w:tcW w:w="2693" w:type="dxa"/>
          </w:tcPr>
          <w:p w14:paraId="3A08C3E0" w14:textId="1871CEDF" w:rsidR="00C97CD1" w:rsidRDefault="00C97CD1" w:rsidP="00C97CD1">
            <w:r>
              <w:t>E-</w:t>
            </w:r>
            <w:proofErr w:type="spellStart"/>
            <w:r>
              <w:t>posta</w:t>
            </w:r>
            <w:proofErr w:type="spellEnd"/>
          </w:p>
        </w:tc>
      </w:tr>
      <w:tr w:rsidR="00C97CD1" w14:paraId="590DAFB0" w14:textId="77777777" w:rsidTr="00C97CD1">
        <w:trPr>
          <w:trHeight w:val="401"/>
        </w:trPr>
        <w:tc>
          <w:tcPr>
            <w:tcW w:w="1418" w:type="dxa"/>
          </w:tcPr>
          <w:p w14:paraId="3B0CA430" w14:textId="4A3B5421" w:rsidR="00C97CD1" w:rsidRDefault="00C97CD1" w:rsidP="00C97CD1">
            <w:proofErr w:type="spellStart"/>
            <w:r>
              <w:t>Antrenör</w:t>
            </w:r>
            <w:proofErr w:type="spellEnd"/>
          </w:p>
        </w:tc>
        <w:tc>
          <w:tcPr>
            <w:tcW w:w="2268" w:type="dxa"/>
          </w:tcPr>
          <w:p w14:paraId="6F0394EF" w14:textId="77777777" w:rsidR="00C97CD1" w:rsidRDefault="00C97CD1" w:rsidP="00C97CD1"/>
        </w:tc>
        <w:tc>
          <w:tcPr>
            <w:tcW w:w="1701" w:type="dxa"/>
          </w:tcPr>
          <w:p w14:paraId="77758A4F" w14:textId="77777777" w:rsidR="00C97CD1" w:rsidRDefault="00C97CD1" w:rsidP="00C97CD1"/>
        </w:tc>
        <w:tc>
          <w:tcPr>
            <w:tcW w:w="1559" w:type="dxa"/>
          </w:tcPr>
          <w:p w14:paraId="7347F1B5" w14:textId="77777777" w:rsidR="00C97CD1" w:rsidRDefault="00C97CD1" w:rsidP="00C97CD1"/>
        </w:tc>
        <w:tc>
          <w:tcPr>
            <w:tcW w:w="1560" w:type="dxa"/>
          </w:tcPr>
          <w:p w14:paraId="2994FA58" w14:textId="77777777" w:rsidR="00C97CD1" w:rsidRDefault="00C97CD1" w:rsidP="00C97CD1"/>
        </w:tc>
        <w:tc>
          <w:tcPr>
            <w:tcW w:w="2693" w:type="dxa"/>
          </w:tcPr>
          <w:p w14:paraId="2A109415" w14:textId="17B8DA22" w:rsidR="00C97CD1" w:rsidRDefault="00C97CD1" w:rsidP="00C97CD1"/>
        </w:tc>
      </w:tr>
      <w:tr w:rsidR="00C97CD1" w14:paraId="4FCE97EC" w14:textId="77777777" w:rsidTr="00C97CD1">
        <w:trPr>
          <w:trHeight w:val="401"/>
        </w:trPr>
        <w:tc>
          <w:tcPr>
            <w:tcW w:w="1418" w:type="dxa"/>
          </w:tcPr>
          <w:p w14:paraId="6CE7FCFA" w14:textId="5F16C2E4" w:rsidR="00C97CD1" w:rsidRDefault="00C97CD1" w:rsidP="00C97CD1">
            <w:proofErr w:type="spellStart"/>
            <w:r>
              <w:t>Antrenör</w:t>
            </w:r>
            <w:proofErr w:type="spellEnd"/>
          </w:p>
        </w:tc>
        <w:tc>
          <w:tcPr>
            <w:tcW w:w="2268" w:type="dxa"/>
          </w:tcPr>
          <w:p w14:paraId="1AE0FF5B" w14:textId="77777777" w:rsidR="00C97CD1" w:rsidRDefault="00C97CD1" w:rsidP="00C97CD1"/>
        </w:tc>
        <w:tc>
          <w:tcPr>
            <w:tcW w:w="1701" w:type="dxa"/>
          </w:tcPr>
          <w:p w14:paraId="44B0F557" w14:textId="77777777" w:rsidR="00C97CD1" w:rsidRDefault="00C97CD1" w:rsidP="00C97CD1"/>
        </w:tc>
        <w:tc>
          <w:tcPr>
            <w:tcW w:w="1559" w:type="dxa"/>
          </w:tcPr>
          <w:p w14:paraId="53C0D5AF" w14:textId="77777777" w:rsidR="00C97CD1" w:rsidRDefault="00C97CD1" w:rsidP="00C97CD1"/>
        </w:tc>
        <w:tc>
          <w:tcPr>
            <w:tcW w:w="1560" w:type="dxa"/>
          </w:tcPr>
          <w:p w14:paraId="3730FBEE" w14:textId="77777777" w:rsidR="00C97CD1" w:rsidRDefault="00C97CD1" w:rsidP="00C97CD1"/>
        </w:tc>
        <w:tc>
          <w:tcPr>
            <w:tcW w:w="2693" w:type="dxa"/>
          </w:tcPr>
          <w:p w14:paraId="27D27491" w14:textId="245A4C61" w:rsidR="00C97CD1" w:rsidRDefault="00C97CD1" w:rsidP="00C97CD1"/>
        </w:tc>
      </w:tr>
      <w:tr w:rsidR="00C97CD1" w14:paraId="797F37E4" w14:textId="77777777" w:rsidTr="00C97CD1">
        <w:trPr>
          <w:trHeight w:val="401"/>
        </w:trPr>
        <w:tc>
          <w:tcPr>
            <w:tcW w:w="1418" w:type="dxa"/>
          </w:tcPr>
          <w:p w14:paraId="7AB34A9E" w14:textId="597A66AE" w:rsidR="00C97CD1" w:rsidRDefault="00C97CD1" w:rsidP="00C97CD1">
            <w:proofErr w:type="spellStart"/>
            <w:r>
              <w:t>Cankurtaran</w:t>
            </w:r>
            <w:proofErr w:type="spellEnd"/>
          </w:p>
        </w:tc>
        <w:tc>
          <w:tcPr>
            <w:tcW w:w="2268" w:type="dxa"/>
          </w:tcPr>
          <w:p w14:paraId="4B42882F" w14:textId="77777777" w:rsidR="00C97CD1" w:rsidRDefault="00C97CD1" w:rsidP="00C97CD1"/>
        </w:tc>
        <w:tc>
          <w:tcPr>
            <w:tcW w:w="1701" w:type="dxa"/>
          </w:tcPr>
          <w:p w14:paraId="526F456B" w14:textId="77777777" w:rsidR="00C97CD1" w:rsidRDefault="00C97CD1" w:rsidP="00C97CD1"/>
        </w:tc>
        <w:tc>
          <w:tcPr>
            <w:tcW w:w="1559" w:type="dxa"/>
          </w:tcPr>
          <w:p w14:paraId="11C70B9E" w14:textId="77777777" w:rsidR="00C97CD1" w:rsidRDefault="00C97CD1" w:rsidP="00C97CD1"/>
        </w:tc>
        <w:tc>
          <w:tcPr>
            <w:tcW w:w="1560" w:type="dxa"/>
          </w:tcPr>
          <w:p w14:paraId="42C3945C" w14:textId="77777777" w:rsidR="00C97CD1" w:rsidRDefault="00C97CD1" w:rsidP="00C97CD1"/>
        </w:tc>
        <w:tc>
          <w:tcPr>
            <w:tcW w:w="2693" w:type="dxa"/>
          </w:tcPr>
          <w:p w14:paraId="1C155589" w14:textId="0E288002" w:rsidR="00C97CD1" w:rsidRDefault="00C97CD1" w:rsidP="00C97CD1"/>
        </w:tc>
      </w:tr>
      <w:tr w:rsidR="00C97CD1" w14:paraId="42F62B8C" w14:textId="77777777" w:rsidTr="00C97CD1">
        <w:trPr>
          <w:trHeight w:val="401"/>
        </w:trPr>
        <w:tc>
          <w:tcPr>
            <w:tcW w:w="1418" w:type="dxa"/>
          </w:tcPr>
          <w:p w14:paraId="2074D643" w14:textId="47C20FBB" w:rsidR="00C97CD1" w:rsidRDefault="00C97CD1" w:rsidP="00C97CD1">
            <w:proofErr w:type="spellStart"/>
            <w:r>
              <w:t>Cankurtaran</w:t>
            </w:r>
            <w:proofErr w:type="spellEnd"/>
          </w:p>
        </w:tc>
        <w:tc>
          <w:tcPr>
            <w:tcW w:w="2268" w:type="dxa"/>
          </w:tcPr>
          <w:p w14:paraId="3D4C984A" w14:textId="77777777" w:rsidR="00C97CD1" w:rsidRDefault="00C97CD1" w:rsidP="00C97CD1"/>
        </w:tc>
        <w:tc>
          <w:tcPr>
            <w:tcW w:w="1701" w:type="dxa"/>
          </w:tcPr>
          <w:p w14:paraId="3E7B2174" w14:textId="77777777" w:rsidR="00C97CD1" w:rsidRDefault="00C97CD1" w:rsidP="00C97CD1"/>
        </w:tc>
        <w:tc>
          <w:tcPr>
            <w:tcW w:w="1559" w:type="dxa"/>
          </w:tcPr>
          <w:p w14:paraId="14BF3F6D" w14:textId="77777777" w:rsidR="00C97CD1" w:rsidRDefault="00C97CD1" w:rsidP="00C97CD1"/>
        </w:tc>
        <w:tc>
          <w:tcPr>
            <w:tcW w:w="1560" w:type="dxa"/>
          </w:tcPr>
          <w:p w14:paraId="09065BEE" w14:textId="77777777" w:rsidR="00C97CD1" w:rsidRDefault="00C97CD1" w:rsidP="00C97CD1"/>
        </w:tc>
        <w:tc>
          <w:tcPr>
            <w:tcW w:w="2693" w:type="dxa"/>
          </w:tcPr>
          <w:p w14:paraId="07F0FBBD" w14:textId="6136A936" w:rsidR="00C97CD1" w:rsidRDefault="00C97CD1" w:rsidP="00C97CD1"/>
        </w:tc>
      </w:tr>
    </w:tbl>
    <w:p w14:paraId="3EE9BC4E" w14:textId="58DE03CD" w:rsidR="00EB71EA" w:rsidRDefault="00EB71EA" w:rsidP="00EB71EA">
      <w:proofErr w:type="spellStart"/>
      <w:r>
        <w:t>yukarıdaki</w:t>
      </w:r>
      <w:proofErr w:type="spellEnd"/>
      <w:r>
        <w:t xml:space="preserve"> </w:t>
      </w:r>
      <w:proofErr w:type="spellStart"/>
      <w:r>
        <w:t>tabloda</w:t>
      </w:r>
      <w:proofErr w:type="spellEnd"/>
      <w:r>
        <w:t xml:space="preserve"> </w:t>
      </w:r>
      <w:proofErr w:type="spellStart"/>
      <w:r w:rsidR="0019599A">
        <w:t>ismi</w:t>
      </w:r>
      <w:proofErr w:type="spellEnd"/>
      <w:r w:rsidR="0019599A">
        <w:t xml:space="preserve"> </w:t>
      </w:r>
      <w:proofErr w:type="spellStart"/>
      <w:r w:rsidR="0019599A">
        <w:t>geçen</w:t>
      </w:r>
      <w:proofErr w:type="spellEnd"/>
      <w:r>
        <w:t xml:space="preserve"> </w:t>
      </w:r>
      <w:proofErr w:type="spellStart"/>
      <w:r>
        <w:t>Antrenör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Cankurtanlarımız</w:t>
      </w:r>
      <w:proofErr w:type="spellEnd"/>
      <w:r>
        <w:t xml:space="preserve"> </w:t>
      </w:r>
      <w:proofErr w:type="spellStart"/>
      <w:r w:rsidR="0019599A">
        <w:t>kulübümüz</w:t>
      </w:r>
      <w:proofErr w:type="spellEnd"/>
      <w:r w:rsidR="0019599A">
        <w:t xml:space="preserve"> </w:t>
      </w:r>
      <w:proofErr w:type="spellStart"/>
      <w:r w:rsidR="0019599A">
        <w:t>bünyesinde</w:t>
      </w:r>
      <w:proofErr w:type="spellEnd"/>
      <w:r w:rsidR="0019599A">
        <w:t xml:space="preserve"> </w:t>
      </w:r>
      <w:proofErr w:type="spellStart"/>
      <w:r>
        <w:t>görev</w:t>
      </w:r>
      <w:proofErr w:type="spellEnd"/>
      <w:r>
        <w:t xml:space="preserve"> </w:t>
      </w:r>
      <w:proofErr w:type="spellStart"/>
      <w:r w:rsidR="00177527">
        <w:t>yapacak</w:t>
      </w:r>
      <w:proofErr w:type="spellEnd"/>
      <w:r>
        <w:t xml:space="preserve"> </w:t>
      </w:r>
      <w:proofErr w:type="spellStart"/>
      <w:r>
        <w:t>olup</w:t>
      </w:r>
      <w:proofErr w:type="spellEnd"/>
      <w:r>
        <w:t>;</w:t>
      </w:r>
    </w:p>
    <w:p w14:paraId="062752D0" w14:textId="456DDB12" w:rsidR="00EB71EA" w:rsidRDefault="00EB71EA" w:rsidP="00EB71EA">
      <w:pPr>
        <w:ind w:firstLine="720"/>
      </w:pPr>
      <w:proofErr w:type="spellStart"/>
      <w:r>
        <w:t>Söz</w:t>
      </w:r>
      <w:proofErr w:type="spellEnd"/>
      <w:r>
        <w:t xml:space="preserve"> </w:t>
      </w:r>
      <w:proofErr w:type="spellStart"/>
      <w:r>
        <w:t>Konusu</w:t>
      </w:r>
      <w:proofErr w:type="spellEnd"/>
      <w:r>
        <w:t xml:space="preserve"> TESTAK (GSB TESİSİM) </w:t>
      </w:r>
      <w:proofErr w:type="spellStart"/>
      <w:proofErr w:type="gramStart"/>
      <w:r>
        <w:t>sistemine</w:t>
      </w:r>
      <w:proofErr w:type="spellEnd"/>
      <w:r>
        <w:t xml:space="preserve">  </w:t>
      </w:r>
      <w:proofErr w:type="spellStart"/>
      <w:r w:rsidR="0019599A">
        <w:t>Sporcu</w:t>
      </w:r>
      <w:proofErr w:type="spellEnd"/>
      <w:proofErr w:type="gramEnd"/>
      <w:r w:rsidR="0019599A">
        <w:t xml:space="preserve"> </w:t>
      </w:r>
      <w:proofErr w:type="spellStart"/>
      <w:r w:rsidR="0019599A">
        <w:t>Ekleme</w:t>
      </w:r>
      <w:proofErr w:type="spellEnd"/>
      <w:r w:rsidR="0019599A">
        <w:t xml:space="preserve"> </w:t>
      </w:r>
      <w:proofErr w:type="spellStart"/>
      <w:r w:rsidR="0019599A">
        <w:t>Onaylama</w:t>
      </w:r>
      <w:proofErr w:type="spellEnd"/>
      <w:r w:rsidR="0019599A">
        <w:t xml:space="preserve"> </w:t>
      </w:r>
      <w:proofErr w:type="spellStart"/>
      <w:r w:rsidR="0019599A">
        <w:t>ve</w:t>
      </w:r>
      <w:proofErr w:type="spellEnd"/>
      <w:r w:rsidR="0019599A">
        <w:t xml:space="preserve"> </w:t>
      </w:r>
      <w:proofErr w:type="spellStart"/>
      <w:r w:rsidR="0019599A">
        <w:t>Tahsis</w:t>
      </w:r>
      <w:proofErr w:type="spellEnd"/>
      <w:r w:rsidR="0019599A">
        <w:t xml:space="preserve"> </w:t>
      </w:r>
      <w:proofErr w:type="spellStart"/>
      <w:r w:rsidR="0019599A">
        <w:t>Ücret</w:t>
      </w:r>
      <w:proofErr w:type="spellEnd"/>
      <w:r w:rsidR="0019599A">
        <w:t xml:space="preserve"> </w:t>
      </w:r>
      <w:proofErr w:type="spellStart"/>
      <w:r w:rsidR="0019599A">
        <w:t>cetveli</w:t>
      </w:r>
      <w:proofErr w:type="spellEnd"/>
      <w:r w:rsidR="0019599A">
        <w:t xml:space="preserve"> </w:t>
      </w:r>
      <w:proofErr w:type="spellStart"/>
      <w:r w:rsidR="0019599A">
        <w:t>üzerinden</w:t>
      </w:r>
      <w:proofErr w:type="spellEnd"/>
      <w:r w:rsidR="0019599A">
        <w:t xml:space="preserve"> </w:t>
      </w:r>
      <w:proofErr w:type="spellStart"/>
      <w:r w:rsidR="0019599A">
        <w:t>Ücretlendirme</w:t>
      </w:r>
      <w:proofErr w:type="spellEnd"/>
      <w:r w:rsidR="0019599A">
        <w:t xml:space="preserve"> </w:t>
      </w:r>
      <w:proofErr w:type="spellStart"/>
      <w:r w:rsidR="0019599A">
        <w:t>Borçlandırılması</w:t>
      </w:r>
      <w:proofErr w:type="spellEnd"/>
      <w:r w:rsidR="0019599A">
        <w:t xml:space="preserve"> </w:t>
      </w:r>
      <w:proofErr w:type="spellStart"/>
      <w:r w:rsidR="0019599A">
        <w:t>yapılacak</w:t>
      </w:r>
      <w:proofErr w:type="spellEnd"/>
      <w:r w:rsidR="0019599A">
        <w:t xml:space="preserve"> </w:t>
      </w:r>
      <w:proofErr w:type="spellStart"/>
      <w:r w:rsidR="0019599A">
        <w:t>Kulüp</w:t>
      </w:r>
      <w:proofErr w:type="spellEnd"/>
      <w:r w:rsidR="0019599A">
        <w:t xml:space="preserve"> </w:t>
      </w:r>
      <w:proofErr w:type="spellStart"/>
      <w:r w:rsidR="0019599A">
        <w:t>Antrenörümüz</w:t>
      </w:r>
      <w:proofErr w:type="spellEnd"/>
      <w:r w:rsidR="0019599A">
        <w:t xml:space="preserve"> ……………</w:t>
      </w:r>
      <w:proofErr w:type="spellStart"/>
      <w:r w:rsidR="0019599A" w:rsidRPr="0019599A">
        <w:rPr>
          <w:b/>
          <w:bCs/>
          <w:color w:val="EE0000"/>
        </w:rPr>
        <w:t>Antrenör</w:t>
      </w:r>
      <w:proofErr w:type="spellEnd"/>
      <w:r w:rsidR="0019599A" w:rsidRPr="0019599A">
        <w:rPr>
          <w:b/>
          <w:bCs/>
          <w:color w:val="EE0000"/>
        </w:rPr>
        <w:t xml:space="preserve"> </w:t>
      </w:r>
      <w:proofErr w:type="spellStart"/>
      <w:r w:rsidR="0019599A" w:rsidRPr="0019599A">
        <w:rPr>
          <w:b/>
          <w:bCs/>
          <w:color w:val="EE0000"/>
        </w:rPr>
        <w:t>AdıSoyadı</w:t>
      </w:r>
      <w:proofErr w:type="spellEnd"/>
      <w:r w:rsidR="0019599A">
        <w:t>…</w:t>
      </w:r>
      <w:proofErr w:type="gramStart"/>
      <w:r w:rsidR="0019599A">
        <w:t>…..</w:t>
      </w:r>
      <w:proofErr w:type="gramEnd"/>
      <w:r w:rsidR="0019599A">
        <w:t xml:space="preserve"> </w:t>
      </w:r>
      <w:proofErr w:type="spellStart"/>
      <w:r w:rsidR="0019599A">
        <w:t>tanımlanmasını</w:t>
      </w:r>
      <w:proofErr w:type="spellEnd"/>
      <w:r w:rsidR="00177527">
        <w:t xml:space="preserve"> </w:t>
      </w:r>
      <w:proofErr w:type="spellStart"/>
      <w:r w:rsidR="00177527">
        <w:t>yetki</w:t>
      </w:r>
      <w:proofErr w:type="spellEnd"/>
      <w:r w:rsidR="00177527">
        <w:t xml:space="preserve"> </w:t>
      </w:r>
      <w:proofErr w:type="spellStart"/>
      <w:r w:rsidR="00177527">
        <w:t>verilmesini</w:t>
      </w:r>
      <w:proofErr w:type="spellEnd"/>
      <w:r w:rsidR="0019599A">
        <w:t xml:space="preserve"> </w:t>
      </w:r>
      <w:proofErr w:type="spellStart"/>
      <w:r w:rsidR="0019599A">
        <w:t>talep</w:t>
      </w:r>
      <w:proofErr w:type="spellEnd"/>
      <w:r w:rsidR="0019599A">
        <w:t xml:space="preserve"> </w:t>
      </w:r>
      <w:proofErr w:type="spellStart"/>
      <w:r w:rsidR="0019599A">
        <w:t>etmekteyiz</w:t>
      </w:r>
      <w:proofErr w:type="spellEnd"/>
      <w:r w:rsidR="0019599A">
        <w:t>.</w:t>
      </w:r>
    </w:p>
    <w:p w14:paraId="1E43A016" w14:textId="44F6C036" w:rsidR="0019599A" w:rsidRDefault="0019599A" w:rsidP="0019599A">
      <w:proofErr w:type="spellStart"/>
      <w:r>
        <w:t>Gereğini</w:t>
      </w:r>
      <w:proofErr w:type="spellEnd"/>
      <w:r>
        <w:t xml:space="preserve"> </w:t>
      </w:r>
      <w:proofErr w:type="spellStart"/>
      <w:r>
        <w:t>bilgilerinize</w:t>
      </w:r>
      <w:proofErr w:type="spellEnd"/>
      <w:r>
        <w:t xml:space="preserve"> </w:t>
      </w:r>
      <w:proofErr w:type="spellStart"/>
      <w:r>
        <w:t>arz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   ……/</w:t>
      </w:r>
      <w:proofErr w:type="gramStart"/>
      <w:r w:rsidR="007A77BA">
        <w:t>…..</w:t>
      </w:r>
      <w:proofErr w:type="gramEnd"/>
      <w:r>
        <w:t>/2026</w:t>
      </w:r>
    </w:p>
    <w:p w14:paraId="6966F78B" w14:textId="77777777" w:rsidR="0019599A" w:rsidRDefault="0019599A" w:rsidP="0019599A"/>
    <w:p w14:paraId="077F0159" w14:textId="6771F7CE" w:rsidR="0019599A" w:rsidRDefault="00E244D8" w:rsidP="0019599A">
      <w:pPr>
        <w:jc w:val="right"/>
      </w:pPr>
      <w:proofErr w:type="spellStart"/>
      <w:proofErr w:type="gramStart"/>
      <w:r>
        <w:t>Kulüp</w:t>
      </w:r>
      <w:proofErr w:type="spellEnd"/>
      <w:r>
        <w:t xml:space="preserve"> </w:t>
      </w:r>
      <w:r>
        <w:t xml:space="preserve"> </w:t>
      </w:r>
      <w:proofErr w:type="spellStart"/>
      <w:r w:rsidR="0019599A">
        <w:t>Kaşe</w:t>
      </w:r>
      <w:proofErr w:type="spellEnd"/>
      <w:proofErr w:type="gramEnd"/>
      <w:r w:rsidR="0019599A">
        <w:t xml:space="preserve"> / </w:t>
      </w:r>
      <w:proofErr w:type="spellStart"/>
      <w:r w:rsidR="0019599A">
        <w:t>İmza</w:t>
      </w:r>
      <w:proofErr w:type="spellEnd"/>
    </w:p>
    <w:p w14:paraId="4094EF94" w14:textId="77777777" w:rsidR="0019599A" w:rsidRDefault="0019599A" w:rsidP="0019599A"/>
    <w:p w14:paraId="41200DEB" w14:textId="77777777" w:rsidR="00177527" w:rsidRDefault="00177527" w:rsidP="0019599A"/>
    <w:p w14:paraId="3B0116AF" w14:textId="227A190F" w:rsidR="0019599A" w:rsidRDefault="0019599A" w:rsidP="0019599A">
      <w:proofErr w:type="spellStart"/>
      <w:r>
        <w:t>Kulüp</w:t>
      </w:r>
      <w:proofErr w:type="spellEnd"/>
      <w:r>
        <w:t xml:space="preserve"> Sorumlusu;</w:t>
      </w:r>
    </w:p>
    <w:p w14:paraId="64B68A10" w14:textId="0B1131A1" w:rsidR="0019599A" w:rsidRDefault="0019599A" w:rsidP="0019599A">
      <w:proofErr w:type="spellStart"/>
      <w:r>
        <w:t>Adı</w:t>
      </w:r>
      <w:proofErr w:type="spellEnd"/>
      <w:r>
        <w:t xml:space="preserve"> Soyadı: </w:t>
      </w:r>
    </w:p>
    <w:p w14:paraId="3AACBD4B" w14:textId="2381F770" w:rsidR="00323359" w:rsidRDefault="00323359" w:rsidP="0019599A">
      <w:r>
        <w:t>TC No;</w:t>
      </w:r>
    </w:p>
    <w:p w14:paraId="61934378" w14:textId="5DA84B63" w:rsidR="0019599A" w:rsidRDefault="0019599A" w:rsidP="0019599A">
      <w:proofErr w:type="spellStart"/>
      <w:r>
        <w:t>İrtibat</w:t>
      </w:r>
      <w:proofErr w:type="spellEnd"/>
      <w:r>
        <w:t xml:space="preserve"> </w:t>
      </w:r>
      <w:proofErr w:type="spellStart"/>
      <w:r>
        <w:t>Numarası</w:t>
      </w:r>
      <w:proofErr w:type="spellEnd"/>
      <w:r>
        <w:t>:</w:t>
      </w:r>
    </w:p>
    <w:p w14:paraId="05841916" w14:textId="7A10BD8A" w:rsidR="00323359" w:rsidRDefault="00323359" w:rsidP="0019599A">
      <w:r>
        <w:t>E-Posta:</w:t>
      </w:r>
    </w:p>
    <w:p w14:paraId="77C20DA7" w14:textId="7B66B6D3" w:rsidR="00177527" w:rsidRDefault="00E244D8" w:rsidP="0019599A">
      <w:proofErr w:type="spellStart"/>
      <w:r>
        <w:t>Kulüp</w:t>
      </w:r>
      <w:proofErr w:type="spellEnd"/>
      <w:r>
        <w:t xml:space="preserve"> </w:t>
      </w:r>
      <w:r w:rsidR="0019599A">
        <w:t>Adres</w:t>
      </w:r>
      <w:r>
        <w:t>i</w:t>
      </w:r>
      <w:r w:rsidR="0019599A">
        <w:t>:</w:t>
      </w:r>
    </w:p>
    <w:p w14:paraId="514B1A0A" w14:textId="77777777" w:rsidR="00323359" w:rsidRDefault="00323359" w:rsidP="0019599A"/>
    <w:p w14:paraId="61119417" w14:textId="77777777" w:rsidR="00177527" w:rsidRDefault="00177527" w:rsidP="0019599A"/>
    <w:p w14:paraId="7D63C5C4" w14:textId="77777777" w:rsidR="00177527" w:rsidRDefault="00177527" w:rsidP="0019599A"/>
    <w:p w14:paraId="58FD2790" w14:textId="77777777" w:rsidR="00177527" w:rsidRDefault="00177527" w:rsidP="0019599A"/>
    <w:p w14:paraId="187BFAEB" w14:textId="77777777" w:rsidR="00177527" w:rsidRDefault="00177527" w:rsidP="0019599A"/>
    <w:p w14:paraId="14115179" w14:textId="734B9E3F" w:rsidR="00177527" w:rsidRPr="00EB71EA" w:rsidRDefault="00177527" w:rsidP="00177527">
      <w:pPr>
        <w:rPr>
          <w:b/>
          <w:bCs/>
        </w:rPr>
      </w:pPr>
      <w:r w:rsidRPr="00EB71EA">
        <w:rPr>
          <w:b/>
          <w:bCs/>
        </w:rPr>
        <w:t>E</w:t>
      </w:r>
      <w:r>
        <w:rPr>
          <w:b/>
          <w:bCs/>
        </w:rPr>
        <w:t>K</w:t>
      </w:r>
      <w:r w:rsidRPr="00EB71EA">
        <w:rPr>
          <w:b/>
          <w:bCs/>
        </w:rPr>
        <w:t xml:space="preserve"> </w:t>
      </w:r>
      <w:r>
        <w:rPr>
          <w:b/>
          <w:bCs/>
        </w:rPr>
        <w:t>3</w:t>
      </w:r>
    </w:p>
    <w:p w14:paraId="776F4F78" w14:textId="77777777" w:rsidR="00177527" w:rsidRDefault="00177527" w:rsidP="00177527">
      <w:pPr>
        <w:jc w:val="center"/>
        <w:rPr>
          <w:rFonts w:ascii="Times New Roman" w:hAnsi="Times New Roman" w:cs="Times New Roman"/>
          <w:b/>
          <w:sz w:val="24"/>
        </w:rPr>
      </w:pPr>
    </w:p>
    <w:p w14:paraId="6D0F0FD2" w14:textId="77777777" w:rsidR="00F5420D" w:rsidRDefault="00F5420D" w:rsidP="00177527">
      <w:pPr>
        <w:jc w:val="center"/>
        <w:rPr>
          <w:rFonts w:ascii="Times New Roman" w:hAnsi="Times New Roman" w:cs="Times New Roman"/>
          <w:b/>
          <w:sz w:val="24"/>
        </w:rPr>
      </w:pPr>
    </w:p>
    <w:p w14:paraId="0448977F" w14:textId="2CEBCC73" w:rsidR="00177527" w:rsidRPr="00F5420D" w:rsidRDefault="00177527" w:rsidP="0017752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5420D">
        <w:rPr>
          <w:rFonts w:ascii="Times New Roman" w:hAnsi="Times New Roman" w:cs="Times New Roman"/>
          <w:b/>
          <w:sz w:val="28"/>
          <w:szCs w:val="24"/>
        </w:rPr>
        <w:t>…………</w:t>
      </w:r>
      <w:proofErr w:type="spellStart"/>
      <w:r w:rsidRPr="00F5420D">
        <w:rPr>
          <w:rFonts w:ascii="Times New Roman" w:hAnsi="Times New Roman" w:cs="Times New Roman"/>
          <w:b/>
          <w:color w:val="EE0000"/>
          <w:sz w:val="28"/>
          <w:szCs w:val="24"/>
        </w:rPr>
        <w:t>Kulüp</w:t>
      </w:r>
      <w:proofErr w:type="spellEnd"/>
      <w:r w:rsidRPr="00F5420D">
        <w:rPr>
          <w:rFonts w:ascii="Times New Roman" w:hAnsi="Times New Roman" w:cs="Times New Roman"/>
          <w:b/>
          <w:color w:val="EE0000"/>
          <w:sz w:val="28"/>
          <w:szCs w:val="24"/>
        </w:rPr>
        <w:t xml:space="preserve"> </w:t>
      </w:r>
      <w:proofErr w:type="spellStart"/>
      <w:r w:rsidRPr="00F5420D">
        <w:rPr>
          <w:rFonts w:ascii="Times New Roman" w:hAnsi="Times New Roman" w:cs="Times New Roman"/>
          <w:b/>
          <w:color w:val="EE0000"/>
          <w:sz w:val="28"/>
          <w:szCs w:val="24"/>
        </w:rPr>
        <w:t>Adı</w:t>
      </w:r>
      <w:proofErr w:type="spellEnd"/>
      <w:r w:rsidRPr="00F5420D">
        <w:rPr>
          <w:rFonts w:ascii="Times New Roman" w:hAnsi="Times New Roman" w:cs="Times New Roman"/>
          <w:b/>
          <w:sz w:val="28"/>
          <w:szCs w:val="24"/>
        </w:rPr>
        <w:t xml:space="preserve">……. </w:t>
      </w:r>
      <w:proofErr w:type="spellStart"/>
      <w:r w:rsidRPr="00F5420D">
        <w:rPr>
          <w:rFonts w:ascii="Times New Roman" w:hAnsi="Times New Roman" w:cs="Times New Roman"/>
          <w:b/>
          <w:sz w:val="28"/>
          <w:szCs w:val="24"/>
        </w:rPr>
        <w:t>Kulübü</w:t>
      </w:r>
      <w:proofErr w:type="spellEnd"/>
      <w:r w:rsidRPr="00F5420D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66DFA889" w14:textId="42ACE73C" w:rsidR="00177527" w:rsidRPr="00F5420D" w:rsidRDefault="00177527" w:rsidP="0017752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spellStart"/>
      <w:r w:rsidRPr="00F5420D">
        <w:rPr>
          <w:rFonts w:ascii="Times New Roman" w:hAnsi="Times New Roman" w:cs="Times New Roman"/>
          <w:b/>
          <w:sz w:val="28"/>
          <w:szCs w:val="24"/>
        </w:rPr>
        <w:t>Performans</w:t>
      </w:r>
      <w:proofErr w:type="spellEnd"/>
      <w:r w:rsidRPr="00F5420D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F5420D">
        <w:rPr>
          <w:rFonts w:ascii="Times New Roman" w:hAnsi="Times New Roman" w:cs="Times New Roman"/>
          <w:b/>
          <w:sz w:val="28"/>
          <w:szCs w:val="24"/>
        </w:rPr>
        <w:t>Antremanına</w:t>
      </w:r>
      <w:proofErr w:type="spellEnd"/>
      <w:r w:rsidRPr="00F5420D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F5420D">
        <w:rPr>
          <w:rFonts w:ascii="Times New Roman" w:hAnsi="Times New Roman" w:cs="Times New Roman"/>
          <w:b/>
          <w:sz w:val="28"/>
          <w:szCs w:val="24"/>
        </w:rPr>
        <w:t>Katılacak</w:t>
      </w:r>
      <w:proofErr w:type="spellEnd"/>
      <w:r w:rsidRPr="00F5420D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F5420D">
        <w:rPr>
          <w:rFonts w:ascii="Times New Roman" w:hAnsi="Times New Roman" w:cs="Times New Roman"/>
          <w:b/>
          <w:sz w:val="28"/>
          <w:szCs w:val="24"/>
        </w:rPr>
        <w:t>Sporcu</w:t>
      </w:r>
      <w:proofErr w:type="spellEnd"/>
      <w:r w:rsidRPr="00F5420D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="00F5420D" w:rsidRPr="00F5420D">
        <w:rPr>
          <w:rFonts w:ascii="Times New Roman" w:hAnsi="Times New Roman" w:cs="Times New Roman"/>
          <w:b/>
          <w:sz w:val="28"/>
          <w:szCs w:val="24"/>
        </w:rPr>
        <w:t>Listesi</w:t>
      </w:r>
      <w:proofErr w:type="spellEnd"/>
    </w:p>
    <w:p w14:paraId="549696AC" w14:textId="3702D3F2" w:rsidR="00177527" w:rsidRDefault="00177527" w:rsidP="00177527">
      <w:pPr>
        <w:ind w:firstLine="720"/>
      </w:pPr>
      <w:r>
        <w:t xml:space="preserve"> </w:t>
      </w:r>
    </w:p>
    <w:tbl>
      <w:tblPr>
        <w:tblStyle w:val="TabloKlavuzu"/>
        <w:tblW w:w="10491" w:type="dxa"/>
        <w:tblInd w:w="-885" w:type="dxa"/>
        <w:tblLook w:val="04A0" w:firstRow="1" w:lastRow="0" w:firstColumn="1" w:lastColumn="0" w:noHBand="0" w:noVBand="1"/>
      </w:tblPr>
      <w:tblGrid>
        <w:gridCol w:w="704"/>
        <w:gridCol w:w="2444"/>
        <w:gridCol w:w="1985"/>
        <w:gridCol w:w="1417"/>
        <w:gridCol w:w="1843"/>
        <w:gridCol w:w="2098"/>
      </w:tblGrid>
      <w:tr w:rsidR="00242171" w14:paraId="5B4CE6BD" w14:textId="2774B0E1" w:rsidTr="00242171">
        <w:trPr>
          <w:trHeight w:val="926"/>
        </w:trPr>
        <w:tc>
          <w:tcPr>
            <w:tcW w:w="704" w:type="dxa"/>
            <w:vAlign w:val="center"/>
          </w:tcPr>
          <w:p w14:paraId="37FD23BE" w14:textId="3050B54B" w:rsidR="00242171" w:rsidRPr="00F5420D" w:rsidRDefault="00242171" w:rsidP="00F5420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5420D">
              <w:rPr>
                <w:b/>
                <w:bCs/>
                <w:sz w:val="24"/>
                <w:szCs w:val="24"/>
              </w:rPr>
              <w:t>Sayı</w:t>
            </w:r>
            <w:proofErr w:type="spellEnd"/>
          </w:p>
        </w:tc>
        <w:tc>
          <w:tcPr>
            <w:tcW w:w="2444" w:type="dxa"/>
            <w:vAlign w:val="center"/>
          </w:tcPr>
          <w:p w14:paraId="1D796C03" w14:textId="1752D33F" w:rsidR="00242171" w:rsidRPr="00F5420D" w:rsidRDefault="00242171" w:rsidP="00F5420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5420D">
              <w:rPr>
                <w:b/>
                <w:bCs/>
                <w:sz w:val="24"/>
                <w:szCs w:val="24"/>
              </w:rPr>
              <w:t>Sporcu</w:t>
            </w:r>
            <w:proofErr w:type="spellEnd"/>
            <w:r w:rsidRPr="00F5420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5420D">
              <w:rPr>
                <w:b/>
                <w:bCs/>
                <w:sz w:val="24"/>
                <w:szCs w:val="24"/>
              </w:rPr>
              <w:t>Adı</w:t>
            </w:r>
            <w:proofErr w:type="spellEnd"/>
            <w:r w:rsidRPr="00F5420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5420D">
              <w:rPr>
                <w:b/>
                <w:bCs/>
                <w:sz w:val="24"/>
                <w:szCs w:val="24"/>
              </w:rPr>
              <w:t>Soyadı</w:t>
            </w:r>
            <w:proofErr w:type="spellEnd"/>
          </w:p>
        </w:tc>
        <w:tc>
          <w:tcPr>
            <w:tcW w:w="1985" w:type="dxa"/>
            <w:vAlign w:val="center"/>
          </w:tcPr>
          <w:p w14:paraId="05510A8A" w14:textId="619E38E7" w:rsidR="00242171" w:rsidRPr="00F5420D" w:rsidRDefault="00242171" w:rsidP="00F5420D">
            <w:pPr>
              <w:jc w:val="center"/>
              <w:rPr>
                <w:b/>
                <w:bCs/>
                <w:sz w:val="24"/>
                <w:szCs w:val="24"/>
              </w:rPr>
            </w:pPr>
            <w:r w:rsidRPr="00F5420D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F5420D">
              <w:rPr>
                <w:b/>
                <w:bCs/>
                <w:sz w:val="24"/>
                <w:szCs w:val="24"/>
              </w:rPr>
              <w:t xml:space="preserve"> No</w:t>
            </w:r>
          </w:p>
        </w:tc>
        <w:tc>
          <w:tcPr>
            <w:tcW w:w="1417" w:type="dxa"/>
            <w:vAlign w:val="center"/>
          </w:tcPr>
          <w:p w14:paraId="110E13CC" w14:textId="1F6AFFC5" w:rsidR="00242171" w:rsidRPr="00F5420D" w:rsidRDefault="00242171" w:rsidP="00F5420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5420D">
              <w:rPr>
                <w:b/>
                <w:bCs/>
                <w:sz w:val="24"/>
                <w:szCs w:val="24"/>
              </w:rPr>
              <w:t>Doğum</w:t>
            </w:r>
            <w:proofErr w:type="spellEnd"/>
            <w:r w:rsidRPr="00F5420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5420D">
              <w:rPr>
                <w:b/>
                <w:bCs/>
                <w:sz w:val="24"/>
                <w:szCs w:val="24"/>
              </w:rPr>
              <w:t>tarihi</w:t>
            </w:r>
            <w:proofErr w:type="spellEnd"/>
          </w:p>
        </w:tc>
        <w:tc>
          <w:tcPr>
            <w:tcW w:w="1843" w:type="dxa"/>
            <w:vAlign w:val="center"/>
          </w:tcPr>
          <w:p w14:paraId="641A2D68" w14:textId="66E2FC09" w:rsidR="00242171" w:rsidRPr="00F5420D" w:rsidRDefault="00242171" w:rsidP="00F5420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5420D">
              <w:rPr>
                <w:b/>
                <w:bCs/>
                <w:sz w:val="24"/>
                <w:szCs w:val="24"/>
              </w:rPr>
              <w:t>İrtibat</w:t>
            </w:r>
            <w:proofErr w:type="spellEnd"/>
          </w:p>
        </w:tc>
        <w:tc>
          <w:tcPr>
            <w:tcW w:w="2098" w:type="dxa"/>
            <w:vAlign w:val="center"/>
          </w:tcPr>
          <w:p w14:paraId="42B26913" w14:textId="3DBADFAA" w:rsidR="00242171" w:rsidRPr="00F5420D" w:rsidRDefault="00242171" w:rsidP="00242171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Katılacağı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Performans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Antreman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Saati – </w:t>
            </w:r>
            <w:proofErr w:type="spellStart"/>
            <w:r>
              <w:rPr>
                <w:b/>
                <w:bCs/>
                <w:sz w:val="24"/>
                <w:szCs w:val="24"/>
              </w:rPr>
              <w:t>Günleri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42171" w14:paraId="2E848DDE" w14:textId="2CAFAAFF" w:rsidTr="00E244D8">
        <w:trPr>
          <w:trHeight w:val="401"/>
        </w:trPr>
        <w:tc>
          <w:tcPr>
            <w:tcW w:w="704" w:type="dxa"/>
            <w:vAlign w:val="center"/>
          </w:tcPr>
          <w:p w14:paraId="296EBCC3" w14:textId="58A01A9D" w:rsidR="00242171" w:rsidRPr="00F5420D" w:rsidRDefault="00242171" w:rsidP="00F5420D">
            <w:pPr>
              <w:jc w:val="center"/>
              <w:rPr>
                <w:b/>
                <w:bCs/>
              </w:rPr>
            </w:pPr>
            <w:r w:rsidRPr="00F5420D">
              <w:rPr>
                <w:b/>
                <w:bCs/>
              </w:rPr>
              <w:t>1</w:t>
            </w:r>
          </w:p>
        </w:tc>
        <w:tc>
          <w:tcPr>
            <w:tcW w:w="2444" w:type="dxa"/>
            <w:vAlign w:val="center"/>
          </w:tcPr>
          <w:p w14:paraId="0FFBDEAA" w14:textId="10CA0185" w:rsidR="00242171" w:rsidRPr="00E244D8" w:rsidRDefault="00E244D8" w:rsidP="00E244D8">
            <w:pPr>
              <w:jc w:val="center"/>
              <w:rPr>
                <w:color w:val="EE0000"/>
              </w:rPr>
            </w:pPr>
            <w:r w:rsidRPr="00E244D8">
              <w:rPr>
                <w:color w:val="EE0000"/>
              </w:rPr>
              <w:t>ALİ CAN</w:t>
            </w:r>
          </w:p>
        </w:tc>
        <w:tc>
          <w:tcPr>
            <w:tcW w:w="1985" w:type="dxa"/>
            <w:vAlign w:val="center"/>
          </w:tcPr>
          <w:p w14:paraId="184C5038" w14:textId="3114C2AC" w:rsidR="00242171" w:rsidRPr="00E244D8" w:rsidRDefault="00E244D8" w:rsidP="00E244D8">
            <w:pPr>
              <w:jc w:val="center"/>
              <w:rPr>
                <w:color w:val="EE0000"/>
              </w:rPr>
            </w:pPr>
            <w:r w:rsidRPr="00E244D8">
              <w:rPr>
                <w:color w:val="EE0000"/>
              </w:rPr>
              <w:t>123456789</w:t>
            </w:r>
            <w:r>
              <w:rPr>
                <w:color w:val="EE0000"/>
              </w:rPr>
              <w:t>10</w:t>
            </w:r>
          </w:p>
        </w:tc>
        <w:tc>
          <w:tcPr>
            <w:tcW w:w="1417" w:type="dxa"/>
            <w:vAlign w:val="center"/>
          </w:tcPr>
          <w:p w14:paraId="42AE43D8" w14:textId="7CB40448" w:rsidR="00242171" w:rsidRPr="00E244D8" w:rsidRDefault="00E244D8" w:rsidP="00E244D8">
            <w:pPr>
              <w:jc w:val="center"/>
              <w:rPr>
                <w:color w:val="EE0000"/>
              </w:rPr>
            </w:pPr>
            <w:r w:rsidRPr="00E244D8">
              <w:rPr>
                <w:color w:val="EE0000"/>
              </w:rPr>
              <w:t>11.22.3333</w:t>
            </w:r>
          </w:p>
        </w:tc>
        <w:tc>
          <w:tcPr>
            <w:tcW w:w="1843" w:type="dxa"/>
            <w:vAlign w:val="center"/>
          </w:tcPr>
          <w:p w14:paraId="326D8498" w14:textId="4FD2EFB2" w:rsidR="00242171" w:rsidRPr="00E244D8" w:rsidRDefault="00E244D8" w:rsidP="00E244D8">
            <w:pPr>
              <w:jc w:val="center"/>
              <w:rPr>
                <w:color w:val="EE0000"/>
              </w:rPr>
            </w:pPr>
            <w:r w:rsidRPr="00E244D8">
              <w:rPr>
                <w:color w:val="EE0000"/>
              </w:rPr>
              <w:t>0505.555.55.55</w:t>
            </w:r>
          </w:p>
        </w:tc>
        <w:tc>
          <w:tcPr>
            <w:tcW w:w="2098" w:type="dxa"/>
            <w:vAlign w:val="center"/>
          </w:tcPr>
          <w:p w14:paraId="6A3FC343" w14:textId="4C293225" w:rsidR="00242171" w:rsidRPr="00E244D8" w:rsidRDefault="00E244D8" w:rsidP="00E244D8">
            <w:pPr>
              <w:jc w:val="center"/>
              <w:rPr>
                <w:color w:val="EE0000"/>
              </w:rPr>
            </w:pPr>
            <w:proofErr w:type="spellStart"/>
            <w:r>
              <w:rPr>
                <w:color w:val="EE0000"/>
              </w:rPr>
              <w:t>Salı</w:t>
            </w:r>
            <w:proofErr w:type="spellEnd"/>
            <w:r>
              <w:rPr>
                <w:color w:val="EE0000"/>
              </w:rPr>
              <w:t xml:space="preserve"> – </w:t>
            </w:r>
            <w:proofErr w:type="spellStart"/>
            <w:r>
              <w:rPr>
                <w:color w:val="EE0000"/>
              </w:rPr>
              <w:t>Perşembe</w:t>
            </w:r>
            <w:proofErr w:type="spellEnd"/>
            <w:r>
              <w:rPr>
                <w:color w:val="EE0000"/>
              </w:rPr>
              <w:t xml:space="preserve"> </w:t>
            </w:r>
            <w:r w:rsidRPr="0063389F">
              <w:rPr>
                <w:color w:val="EE0000"/>
              </w:rPr>
              <w:t>1</w:t>
            </w:r>
            <w:r>
              <w:rPr>
                <w:color w:val="EE0000"/>
              </w:rPr>
              <w:t>9</w:t>
            </w:r>
            <w:r w:rsidRPr="0063389F">
              <w:rPr>
                <w:color w:val="EE0000"/>
              </w:rPr>
              <w:t>:</w:t>
            </w:r>
            <w:r>
              <w:rPr>
                <w:color w:val="EE0000"/>
              </w:rPr>
              <w:t>30</w:t>
            </w:r>
            <w:r w:rsidRPr="0063389F">
              <w:rPr>
                <w:color w:val="EE0000"/>
              </w:rPr>
              <w:t>/</w:t>
            </w:r>
            <w:r>
              <w:rPr>
                <w:color w:val="EE0000"/>
              </w:rPr>
              <w:t>21</w:t>
            </w:r>
            <w:r w:rsidRPr="0063389F">
              <w:rPr>
                <w:color w:val="EE0000"/>
              </w:rPr>
              <w:t>:</w:t>
            </w:r>
            <w:r>
              <w:rPr>
                <w:color w:val="EE0000"/>
              </w:rPr>
              <w:t>0</w:t>
            </w:r>
            <w:r w:rsidRPr="0063389F">
              <w:rPr>
                <w:color w:val="EE0000"/>
              </w:rPr>
              <w:t>0</w:t>
            </w:r>
          </w:p>
        </w:tc>
      </w:tr>
      <w:tr w:rsidR="00242171" w14:paraId="2CE4B7E2" w14:textId="6B4D7193" w:rsidTr="00242171">
        <w:trPr>
          <w:trHeight w:val="401"/>
        </w:trPr>
        <w:tc>
          <w:tcPr>
            <w:tcW w:w="704" w:type="dxa"/>
            <w:vAlign w:val="center"/>
          </w:tcPr>
          <w:p w14:paraId="64C2F325" w14:textId="1129ED07" w:rsidR="00242171" w:rsidRPr="00F5420D" w:rsidRDefault="00242171" w:rsidP="00F5420D">
            <w:pPr>
              <w:jc w:val="center"/>
              <w:rPr>
                <w:b/>
                <w:bCs/>
              </w:rPr>
            </w:pPr>
            <w:r w:rsidRPr="00F5420D">
              <w:rPr>
                <w:b/>
                <w:bCs/>
              </w:rPr>
              <w:t>2</w:t>
            </w:r>
          </w:p>
        </w:tc>
        <w:tc>
          <w:tcPr>
            <w:tcW w:w="2444" w:type="dxa"/>
          </w:tcPr>
          <w:p w14:paraId="48B564CD" w14:textId="77777777" w:rsidR="00242171" w:rsidRDefault="00242171" w:rsidP="00F5420D"/>
        </w:tc>
        <w:tc>
          <w:tcPr>
            <w:tcW w:w="1985" w:type="dxa"/>
          </w:tcPr>
          <w:p w14:paraId="25F6C96E" w14:textId="3945E029" w:rsidR="00242171" w:rsidRDefault="00242171" w:rsidP="00F5420D"/>
        </w:tc>
        <w:tc>
          <w:tcPr>
            <w:tcW w:w="1417" w:type="dxa"/>
          </w:tcPr>
          <w:p w14:paraId="079A4586" w14:textId="77777777" w:rsidR="00242171" w:rsidRDefault="00242171" w:rsidP="00F5420D"/>
        </w:tc>
        <w:tc>
          <w:tcPr>
            <w:tcW w:w="1843" w:type="dxa"/>
          </w:tcPr>
          <w:p w14:paraId="4469E0E0" w14:textId="77777777" w:rsidR="00242171" w:rsidRDefault="00242171" w:rsidP="00F5420D"/>
        </w:tc>
        <w:tc>
          <w:tcPr>
            <w:tcW w:w="2098" w:type="dxa"/>
          </w:tcPr>
          <w:p w14:paraId="150B137C" w14:textId="77777777" w:rsidR="00242171" w:rsidRDefault="00242171" w:rsidP="00F5420D"/>
        </w:tc>
      </w:tr>
      <w:tr w:rsidR="00242171" w14:paraId="4FF0E8C4" w14:textId="16418813" w:rsidTr="00242171">
        <w:trPr>
          <w:trHeight w:val="401"/>
        </w:trPr>
        <w:tc>
          <w:tcPr>
            <w:tcW w:w="704" w:type="dxa"/>
            <w:vAlign w:val="center"/>
          </w:tcPr>
          <w:p w14:paraId="0D91FE45" w14:textId="2666B0BE" w:rsidR="00242171" w:rsidRPr="00F5420D" w:rsidRDefault="00242171" w:rsidP="00F5420D">
            <w:pPr>
              <w:jc w:val="center"/>
              <w:rPr>
                <w:b/>
                <w:bCs/>
              </w:rPr>
            </w:pPr>
            <w:r w:rsidRPr="00F5420D">
              <w:rPr>
                <w:b/>
                <w:bCs/>
              </w:rPr>
              <w:t>3</w:t>
            </w:r>
          </w:p>
        </w:tc>
        <w:tc>
          <w:tcPr>
            <w:tcW w:w="2444" w:type="dxa"/>
          </w:tcPr>
          <w:p w14:paraId="59BFF729" w14:textId="77777777" w:rsidR="00242171" w:rsidRDefault="00242171" w:rsidP="00F5420D"/>
        </w:tc>
        <w:tc>
          <w:tcPr>
            <w:tcW w:w="1985" w:type="dxa"/>
          </w:tcPr>
          <w:p w14:paraId="34D4575D" w14:textId="7B5A7ED0" w:rsidR="00242171" w:rsidRDefault="00242171" w:rsidP="00F5420D"/>
        </w:tc>
        <w:tc>
          <w:tcPr>
            <w:tcW w:w="1417" w:type="dxa"/>
          </w:tcPr>
          <w:p w14:paraId="51284A66" w14:textId="77777777" w:rsidR="00242171" w:rsidRDefault="00242171" w:rsidP="00F5420D"/>
        </w:tc>
        <w:tc>
          <w:tcPr>
            <w:tcW w:w="1843" w:type="dxa"/>
          </w:tcPr>
          <w:p w14:paraId="11BB0D10" w14:textId="77777777" w:rsidR="00242171" w:rsidRDefault="00242171" w:rsidP="00F5420D"/>
        </w:tc>
        <w:tc>
          <w:tcPr>
            <w:tcW w:w="2098" w:type="dxa"/>
          </w:tcPr>
          <w:p w14:paraId="6B0E0097" w14:textId="77777777" w:rsidR="00242171" w:rsidRDefault="00242171" w:rsidP="00F5420D"/>
        </w:tc>
      </w:tr>
      <w:tr w:rsidR="00242171" w14:paraId="19F6DFF6" w14:textId="5E166357" w:rsidTr="00242171">
        <w:trPr>
          <w:trHeight w:val="401"/>
        </w:trPr>
        <w:tc>
          <w:tcPr>
            <w:tcW w:w="704" w:type="dxa"/>
            <w:vAlign w:val="center"/>
          </w:tcPr>
          <w:p w14:paraId="76E4622C" w14:textId="4C97335A" w:rsidR="00242171" w:rsidRPr="00F5420D" w:rsidRDefault="00242171" w:rsidP="00F5420D">
            <w:pPr>
              <w:jc w:val="center"/>
              <w:rPr>
                <w:b/>
                <w:bCs/>
              </w:rPr>
            </w:pPr>
            <w:r w:rsidRPr="00F5420D">
              <w:rPr>
                <w:b/>
                <w:bCs/>
              </w:rPr>
              <w:t>4</w:t>
            </w:r>
          </w:p>
        </w:tc>
        <w:tc>
          <w:tcPr>
            <w:tcW w:w="2444" w:type="dxa"/>
          </w:tcPr>
          <w:p w14:paraId="5F32061A" w14:textId="77777777" w:rsidR="00242171" w:rsidRDefault="00242171" w:rsidP="00F5420D"/>
        </w:tc>
        <w:tc>
          <w:tcPr>
            <w:tcW w:w="1985" w:type="dxa"/>
          </w:tcPr>
          <w:p w14:paraId="329723E0" w14:textId="78408B6E" w:rsidR="00242171" w:rsidRDefault="00242171" w:rsidP="00F5420D"/>
        </w:tc>
        <w:tc>
          <w:tcPr>
            <w:tcW w:w="1417" w:type="dxa"/>
          </w:tcPr>
          <w:p w14:paraId="6B4825CF" w14:textId="77777777" w:rsidR="00242171" w:rsidRDefault="00242171" w:rsidP="00F5420D"/>
        </w:tc>
        <w:tc>
          <w:tcPr>
            <w:tcW w:w="1843" w:type="dxa"/>
          </w:tcPr>
          <w:p w14:paraId="49DF6372" w14:textId="77777777" w:rsidR="00242171" w:rsidRDefault="00242171" w:rsidP="00F5420D"/>
        </w:tc>
        <w:tc>
          <w:tcPr>
            <w:tcW w:w="2098" w:type="dxa"/>
          </w:tcPr>
          <w:p w14:paraId="1BEDD68D" w14:textId="77777777" w:rsidR="00242171" w:rsidRDefault="00242171" w:rsidP="00F5420D"/>
        </w:tc>
      </w:tr>
      <w:tr w:rsidR="00242171" w14:paraId="4BA1939E" w14:textId="0EC69A8A" w:rsidTr="00242171">
        <w:trPr>
          <w:trHeight w:val="401"/>
        </w:trPr>
        <w:tc>
          <w:tcPr>
            <w:tcW w:w="704" w:type="dxa"/>
            <w:vAlign w:val="center"/>
          </w:tcPr>
          <w:p w14:paraId="5FF5BFDA" w14:textId="20E5BAB9" w:rsidR="00242171" w:rsidRPr="00F5420D" w:rsidRDefault="00242171" w:rsidP="00F5420D">
            <w:pPr>
              <w:jc w:val="center"/>
              <w:rPr>
                <w:b/>
                <w:bCs/>
              </w:rPr>
            </w:pPr>
            <w:r w:rsidRPr="00F5420D">
              <w:rPr>
                <w:b/>
                <w:bCs/>
              </w:rPr>
              <w:t>5</w:t>
            </w:r>
          </w:p>
        </w:tc>
        <w:tc>
          <w:tcPr>
            <w:tcW w:w="2444" w:type="dxa"/>
          </w:tcPr>
          <w:p w14:paraId="71CE0973" w14:textId="77777777" w:rsidR="00242171" w:rsidRDefault="00242171" w:rsidP="00F5420D"/>
        </w:tc>
        <w:tc>
          <w:tcPr>
            <w:tcW w:w="1985" w:type="dxa"/>
          </w:tcPr>
          <w:p w14:paraId="084D7944" w14:textId="77777777" w:rsidR="00242171" w:rsidRDefault="00242171" w:rsidP="00F5420D"/>
        </w:tc>
        <w:tc>
          <w:tcPr>
            <w:tcW w:w="1417" w:type="dxa"/>
          </w:tcPr>
          <w:p w14:paraId="1F31DC2E" w14:textId="77777777" w:rsidR="00242171" w:rsidRDefault="00242171" w:rsidP="00F5420D"/>
        </w:tc>
        <w:tc>
          <w:tcPr>
            <w:tcW w:w="1843" w:type="dxa"/>
          </w:tcPr>
          <w:p w14:paraId="56D88635" w14:textId="77777777" w:rsidR="00242171" w:rsidRDefault="00242171" w:rsidP="00F5420D"/>
        </w:tc>
        <w:tc>
          <w:tcPr>
            <w:tcW w:w="2098" w:type="dxa"/>
          </w:tcPr>
          <w:p w14:paraId="7423667D" w14:textId="77777777" w:rsidR="00242171" w:rsidRDefault="00242171" w:rsidP="00F5420D"/>
        </w:tc>
      </w:tr>
      <w:tr w:rsidR="00242171" w14:paraId="4E6F84FA" w14:textId="2EDB61CD" w:rsidTr="00242171">
        <w:trPr>
          <w:trHeight w:val="401"/>
        </w:trPr>
        <w:tc>
          <w:tcPr>
            <w:tcW w:w="704" w:type="dxa"/>
            <w:vAlign w:val="center"/>
          </w:tcPr>
          <w:p w14:paraId="7D27F236" w14:textId="283900DC" w:rsidR="00242171" w:rsidRPr="00F5420D" w:rsidRDefault="00242171" w:rsidP="00F5420D">
            <w:pPr>
              <w:jc w:val="center"/>
              <w:rPr>
                <w:b/>
                <w:bCs/>
              </w:rPr>
            </w:pPr>
            <w:r w:rsidRPr="00F5420D">
              <w:rPr>
                <w:b/>
                <w:bCs/>
              </w:rPr>
              <w:t>6</w:t>
            </w:r>
          </w:p>
        </w:tc>
        <w:tc>
          <w:tcPr>
            <w:tcW w:w="2444" w:type="dxa"/>
          </w:tcPr>
          <w:p w14:paraId="0083ECFE" w14:textId="77777777" w:rsidR="00242171" w:rsidRDefault="00242171" w:rsidP="00F5420D"/>
        </w:tc>
        <w:tc>
          <w:tcPr>
            <w:tcW w:w="1985" w:type="dxa"/>
          </w:tcPr>
          <w:p w14:paraId="60278AFD" w14:textId="77777777" w:rsidR="00242171" w:rsidRDefault="00242171" w:rsidP="00F5420D"/>
        </w:tc>
        <w:tc>
          <w:tcPr>
            <w:tcW w:w="1417" w:type="dxa"/>
          </w:tcPr>
          <w:p w14:paraId="680BE706" w14:textId="77777777" w:rsidR="00242171" w:rsidRDefault="00242171" w:rsidP="00F5420D"/>
        </w:tc>
        <w:tc>
          <w:tcPr>
            <w:tcW w:w="1843" w:type="dxa"/>
          </w:tcPr>
          <w:p w14:paraId="2BAAB1B0" w14:textId="77777777" w:rsidR="00242171" w:rsidRDefault="00242171" w:rsidP="00F5420D"/>
        </w:tc>
        <w:tc>
          <w:tcPr>
            <w:tcW w:w="2098" w:type="dxa"/>
          </w:tcPr>
          <w:p w14:paraId="3143C7D2" w14:textId="77777777" w:rsidR="00242171" w:rsidRDefault="00242171" w:rsidP="00F5420D"/>
        </w:tc>
      </w:tr>
      <w:tr w:rsidR="00242171" w14:paraId="3468208D" w14:textId="170F6014" w:rsidTr="00242171">
        <w:trPr>
          <w:trHeight w:val="401"/>
        </w:trPr>
        <w:tc>
          <w:tcPr>
            <w:tcW w:w="704" w:type="dxa"/>
            <w:vAlign w:val="center"/>
          </w:tcPr>
          <w:p w14:paraId="01A9DDFA" w14:textId="2DE2AD7F" w:rsidR="00242171" w:rsidRPr="00F5420D" w:rsidRDefault="00242171" w:rsidP="00F5420D">
            <w:pPr>
              <w:jc w:val="center"/>
              <w:rPr>
                <w:b/>
                <w:bCs/>
              </w:rPr>
            </w:pPr>
            <w:r w:rsidRPr="00F5420D">
              <w:rPr>
                <w:b/>
                <w:bCs/>
              </w:rPr>
              <w:t>7</w:t>
            </w:r>
          </w:p>
        </w:tc>
        <w:tc>
          <w:tcPr>
            <w:tcW w:w="2444" w:type="dxa"/>
          </w:tcPr>
          <w:p w14:paraId="6CB56E93" w14:textId="77777777" w:rsidR="00242171" w:rsidRDefault="00242171" w:rsidP="00F5420D"/>
        </w:tc>
        <w:tc>
          <w:tcPr>
            <w:tcW w:w="1985" w:type="dxa"/>
          </w:tcPr>
          <w:p w14:paraId="075FE46F" w14:textId="77777777" w:rsidR="00242171" w:rsidRDefault="00242171" w:rsidP="00F5420D"/>
        </w:tc>
        <w:tc>
          <w:tcPr>
            <w:tcW w:w="1417" w:type="dxa"/>
          </w:tcPr>
          <w:p w14:paraId="04CB2C0D" w14:textId="77777777" w:rsidR="00242171" w:rsidRDefault="00242171" w:rsidP="00F5420D"/>
        </w:tc>
        <w:tc>
          <w:tcPr>
            <w:tcW w:w="1843" w:type="dxa"/>
          </w:tcPr>
          <w:p w14:paraId="0165AB45" w14:textId="77777777" w:rsidR="00242171" w:rsidRDefault="00242171" w:rsidP="00F5420D"/>
        </w:tc>
        <w:tc>
          <w:tcPr>
            <w:tcW w:w="2098" w:type="dxa"/>
          </w:tcPr>
          <w:p w14:paraId="43E5AE17" w14:textId="77777777" w:rsidR="00242171" w:rsidRDefault="00242171" w:rsidP="00F5420D"/>
        </w:tc>
      </w:tr>
      <w:tr w:rsidR="00242171" w14:paraId="62957BC0" w14:textId="27B1C3E5" w:rsidTr="00242171">
        <w:trPr>
          <w:trHeight w:val="401"/>
        </w:trPr>
        <w:tc>
          <w:tcPr>
            <w:tcW w:w="704" w:type="dxa"/>
            <w:vAlign w:val="center"/>
          </w:tcPr>
          <w:p w14:paraId="558AE27B" w14:textId="6C26B61A" w:rsidR="00242171" w:rsidRPr="00F5420D" w:rsidRDefault="00242171" w:rsidP="00F5420D">
            <w:pPr>
              <w:jc w:val="center"/>
              <w:rPr>
                <w:b/>
                <w:bCs/>
              </w:rPr>
            </w:pPr>
            <w:r w:rsidRPr="00F5420D">
              <w:rPr>
                <w:b/>
                <w:bCs/>
              </w:rPr>
              <w:t>8</w:t>
            </w:r>
          </w:p>
        </w:tc>
        <w:tc>
          <w:tcPr>
            <w:tcW w:w="2444" w:type="dxa"/>
          </w:tcPr>
          <w:p w14:paraId="4C1F6213" w14:textId="77777777" w:rsidR="00242171" w:rsidRDefault="00242171" w:rsidP="00F5420D"/>
        </w:tc>
        <w:tc>
          <w:tcPr>
            <w:tcW w:w="1985" w:type="dxa"/>
          </w:tcPr>
          <w:p w14:paraId="6B024120" w14:textId="77777777" w:rsidR="00242171" w:rsidRDefault="00242171" w:rsidP="00F5420D"/>
        </w:tc>
        <w:tc>
          <w:tcPr>
            <w:tcW w:w="1417" w:type="dxa"/>
          </w:tcPr>
          <w:p w14:paraId="50895ABD" w14:textId="77777777" w:rsidR="00242171" w:rsidRDefault="00242171" w:rsidP="00F5420D"/>
        </w:tc>
        <w:tc>
          <w:tcPr>
            <w:tcW w:w="1843" w:type="dxa"/>
          </w:tcPr>
          <w:p w14:paraId="406AF713" w14:textId="77777777" w:rsidR="00242171" w:rsidRDefault="00242171" w:rsidP="00F5420D"/>
        </w:tc>
        <w:tc>
          <w:tcPr>
            <w:tcW w:w="2098" w:type="dxa"/>
          </w:tcPr>
          <w:p w14:paraId="69B4EBC6" w14:textId="77777777" w:rsidR="00242171" w:rsidRDefault="00242171" w:rsidP="00F5420D"/>
        </w:tc>
      </w:tr>
      <w:tr w:rsidR="00242171" w14:paraId="1FB8530D" w14:textId="422C9F47" w:rsidTr="00242171">
        <w:trPr>
          <w:trHeight w:val="401"/>
        </w:trPr>
        <w:tc>
          <w:tcPr>
            <w:tcW w:w="704" w:type="dxa"/>
            <w:vAlign w:val="center"/>
          </w:tcPr>
          <w:p w14:paraId="09737CC3" w14:textId="242502E6" w:rsidR="00242171" w:rsidRPr="00F5420D" w:rsidRDefault="00242171" w:rsidP="00F5420D">
            <w:pPr>
              <w:jc w:val="center"/>
              <w:rPr>
                <w:b/>
                <w:bCs/>
              </w:rPr>
            </w:pPr>
            <w:r w:rsidRPr="00F5420D">
              <w:rPr>
                <w:b/>
                <w:bCs/>
              </w:rPr>
              <w:t>9</w:t>
            </w:r>
          </w:p>
        </w:tc>
        <w:tc>
          <w:tcPr>
            <w:tcW w:w="2444" w:type="dxa"/>
          </w:tcPr>
          <w:p w14:paraId="2E86007C" w14:textId="77777777" w:rsidR="00242171" w:rsidRDefault="00242171" w:rsidP="00F5420D"/>
        </w:tc>
        <w:tc>
          <w:tcPr>
            <w:tcW w:w="1985" w:type="dxa"/>
          </w:tcPr>
          <w:p w14:paraId="65CD5F00" w14:textId="77777777" w:rsidR="00242171" w:rsidRDefault="00242171" w:rsidP="00F5420D"/>
        </w:tc>
        <w:tc>
          <w:tcPr>
            <w:tcW w:w="1417" w:type="dxa"/>
          </w:tcPr>
          <w:p w14:paraId="12C2678F" w14:textId="77777777" w:rsidR="00242171" w:rsidRDefault="00242171" w:rsidP="00F5420D"/>
        </w:tc>
        <w:tc>
          <w:tcPr>
            <w:tcW w:w="1843" w:type="dxa"/>
          </w:tcPr>
          <w:p w14:paraId="470B8349" w14:textId="77777777" w:rsidR="00242171" w:rsidRDefault="00242171" w:rsidP="00F5420D"/>
        </w:tc>
        <w:tc>
          <w:tcPr>
            <w:tcW w:w="2098" w:type="dxa"/>
          </w:tcPr>
          <w:p w14:paraId="44E74953" w14:textId="77777777" w:rsidR="00242171" w:rsidRDefault="00242171" w:rsidP="00F5420D"/>
        </w:tc>
      </w:tr>
      <w:tr w:rsidR="00242171" w14:paraId="7FA759A4" w14:textId="46F215B9" w:rsidTr="00242171">
        <w:trPr>
          <w:trHeight w:val="401"/>
        </w:trPr>
        <w:tc>
          <w:tcPr>
            <w:tcW w:w="704" w:type="dxa"/>
            <w:vAlign w:val="center"/>
          </w:tcPr>
          <w:p w14:paraId="2AD88D23" w14:textId="32B2B52D" w:rsidR="00242171" w:rsidRPr="00F5420D" w:rsidRDefault="00242171" w:rsidP="00F5420D">
            <w:pPr>
              <w:jc w:val="center"/>
              <w:rPr>
                <w:b/>
                <w:bCs/>
              </w:rPr>
            </w:pPr>
            <w:r w:rsidRPr="00F5420D">
              <w:rPr>
                <w:b/>
                <w:bCs/>
              </w:rPr>
              <w:t>10</w:t>
            </w:r>
          </w:p>
        </w:tc>
        <w:tc>
          <w:tcPr>
            <w:tcW w:w="2444" w:type="dxa"/>
          </w:tcPr>
          <w:p w14:paraId="50AB3861" w14:textId="77777777" w:rsidR="00242171" w:rsidRDefault="00242171" w:rsidP="00F5420D"/>
        </w:tc>
        <w:tc>
          <w:tcPr>
            <w:tcW w:w="1985" w:type="dxa"/>
          </w:tcPr>
          <w:p w14:paraId="539EB1B6" w14:textId="77777777" w:rsidR="00242171" w:rsidRDefault="00242171" w:rsidP="00F5420D"/>
        </w:tc>
        <w:tc>
          <w:tcPr>
            <w:tcW w:w="1417" w:type="dxa"/>
          </w:tcPr>
          <w:p w14:paraId="0A14701B" w14:textId="77777777" w:rsidR="00242171" w:rsidRDefault="00242171" w:rsidP="00F5420D"/>
        </w:tc>
        <w:tc>
          <w:tcPr>
            <w:tcW w:w="1843" w:type="dxa"/>
          </w:tcPr>
          <w:p w14:paraId="4D1D7F3E" w14:textId="77777777" w:rsidR="00242171" w:rsidRDefault="00242171" w:rsidP="00F5420D"/>
        </w:tc>
        <w:tc>
          <w:tcPr>
            <w:tcW w:w="2098" w:type="dxa"/>
          </w:tcPr>
          <w:p w14:paraId="50383086" w14:textId="77777777" w:rsidR="00242171" w:rsidRDefault="00242171" w:rsidP="00F5420D"/>
        </w:tc>
      </w:tr>
      <w:tr w:rsidR="00242171" w14:paraId="600E5528" w14:textId="2BE0CF2D" w:rsidTr="00242171">
        <w:trPr>
          <w:trHeight w:val="401"/>
        </w:trPr>
        <w:tc>
          <w:tcPr>
            <w:tcW w:w="704" w:type="dxa"/>
            <w:vAlign w:val="center"/>
          </w:tcPr>
          <w:p w14:paraId="197E64C1" w14:textId="1FC7F9BD" w:rsidR="00242171" w:rsidRPr="00F5420D" w:rsidRDefault="00242171" w:rsidP="00F5420D">
            <w:pPr>
              <w:jc w:val="center"/>
              <w:rPr>
                <w:b/>
                <w:bCs/>
              </w:rPr>
            </w:pPr>
            <w:r w:rsidRPr="00F5420D">
              <w:rPr>
                <w:b/>
                <w:bCs/>
              </w:rPr>
              <w:t>11</w:t>
            </w:r>
          </w:p>
        </w:tc>
        <w:tc>
          <w:tcPr>
            <w:tcW w:w="2444" w:type="dxa"/>
          </w:tcPr>
          <w:p w14:paraId="20EC1216" w14:textId="77777777" w:rsidR="00242171" w:rsidRDefault="00242171" w:rsidP="00F5420D"/>
        </w:tc>
        <w:tc>
          <w:tcPr>
            <w:tcW w:w="1985" w:type="dxa"/>
          </w:tcPr>
          <w:p w14:paraId="1B7EA4E5" w14:textId="77777777" w:rsidR="00242171" w:rsidRDefault="00242171" w:rsidP="00F5420D"/>
        </w:tc>
        <w:tc>
          <w:tcPr>
            <w:tcW w:w="1417" w:type="dxa"/>
          </w:tcPr>
          <w:p w14:paraId="6488A2EE" w14:textId="77777777" w:rsidR="00242171" w:rsidRDefault="00242171" w:rsidP="00F5420D"/>
        </w:tc>
        <w:tc>
          <w:tcPr>
            <w:tcW w:w="1843" w:type="dxa"/>
          </w:tcPr>
          <w:p w14:paraId="68DF7813" w14:textId="77777777" w:rsidR="00242171" w:rsidRDefault="00242171" w:rsidP="00F5420D"/>
        </w:tc>
        <w:tc>
          <w:tcPr>
            <w:tcW w:w="2098" w:type="dxa"/>
          </w:tcPr>
          <w:p w14:paraId="6A78B42E" w14:textId="77777777" w:rsidR="00242171" w:rsidRDefault="00242171" w:rsidP="00F5420D"/>
        </w:tc>
      </w:tr>
      <w:tr w:rsidR="00242171" w14:paraId="12E0162B" w14:textId="5A48CD17" w:rsidTr="00242171">
        <w:trPr>
          <w:trHeight w:val="401"/>
        </w:trPr>
        <w:tc>
          <w:tcPr>
            <w:tcW w:w="704" w:type="dxa"/>
            <w:vAlign w:val="center"/>
          </w:tcPr>
          <w:p w14:paraId="679C8CE0" w14:textId="76CBCF91" w:rsidR="00242171" w:rsidRPr="00F5420D" w:rsidRDefault="00242171" w:rsidP="00F5420D">
            <w:pPr>
              <w:jc w:val="center"/>
              <w:rPr>
                <w:b/>
                <w:bCs/>
              </w:rPr>
            </w:pPr>
            <w:r w:rsidRPr="00F5420D">
              <w:rPr>
                <w:b/>
                <w:bCs/>
              </w:rPr>
              <w:t>12</w:t>
            </w:r>
          </w:p>
        </w:tc>
        <w:tc>
          <w:tcPr>
            <w:tcW w:w="2444" w:type="dxa"/>
          </w:tcPr>
          <w:p w14:paraId="7BD54CD5" w14:textId="77777777" w:rsidR="00242171" w:rsidRDefault="00242171" w:rsidP="00F5420D"/>
        </w:tc>
        <w:tc>
          <w:tcPr>
            <w:tcW w:w="1985" w:type="dxa"/>
          </w:tcPr>
          <w:p w14:paraId="40F170F4" w14:textId="77777777" w:rsidR="00242171" w:rsidRDefault="00242171" w:rsidP="00F5420D"/>
        </w:tc>
        <w:tc>
          <w:tcPr>
            <w:tcW w:w="1417" w:type="dxa"/>
          </w:tcPr>
          <w:p w14:paraId="098717F0" w14:textId="77777777" w:rsidR="00242171" w:rsidRDefault="00242171" w:rsidP="00F5420D"/>
        </w:tc>
        <w:tc>
          <w:tcPr>
            <w:tcW w:w="1843" w:type="dxa"/>
          </w:tcPr>
          <w:p w14:paraId="1EADF6C1" w14:textId="77777777" w:rsidR="00242171" w:rsidRDefault="00242171" w:rsidP="00F5420D"/>
        </w:tc>
        <w:tc>
          <w:tcPr>
            <w:tcW w:w="2098" w:type="dxa"/>
          </w:tcPr>
          <w:p w14:paraId="35F0C259" w14:textId="77777777" w:rsidR="00242171" w:rsidRDefault="00242171" w:rsidP="00F5420D"/>
        </w:tc>
      </w:tr>
    </w:tbl>
    <w:p w14:paraId="636AD243" w14:textId="6D3C04D1" w:rsidR="00177527" w:rsidRDefault="00177527" w:rsidP="0019599A"/>
    <w:p w14:paraId="6EAE2F3F" w14:textId="77777777" w:rsidR="00055374" w:rsidRDefault="00055374" w:rsidP="0019599A"/>
    <w:p w14:paraId="0933D66B" w14:textId="77777777" w:rsidR="00E244D8" w:rsidRDefault="00E244D8" w:rsidP="0019599A"/>
    <w:p w14:paraId="61FDF02C" w14:textId="77777777" w:rsidR="00E244D8" w:rsidRDefault="00E244D8" w:rsidP="0019599A"/>
    <w:p w14:paraId="5350F6BF" w14:textId="77777777" w:rsidR="00E244D8" w:rsidRDefault="00E244D8" w:rsidP="0019599A"/>
    <w:p w14:paraId="5F117249" w14:textId="77777777" w:rsidR="00E244D8" w:rsidRDefault="00E244D8" w:rsidP="0019599A"/>
    <w:p w14:paraId="13BC03DE" w14:textId="77777777" w:rsidR="00E244D8" w:rsidRDefault="00E244D8" w:rsidP="0019599A"/>
    <w:p w14:paraId="56339E43" w14:textId="77777777" w:rsidR="00E244D8" w:rsidRDefault="00E244D8" w:rsidP="0019599A"/>
    <w:p w14:paraId="07CDB155" w14:textId="77777777" w:rsidR="00E244D8" w:rsidRDefault="00E244D8" w:rsidP="0019599A"/>
    <w:p w14:paraId="428A3BBC" w14:textId="77777777" w:rsidR="00E244D8" w:rsidRDefault="00E244D8" w:rsidP="0019599A"/>
    <w:p w14:paraId="60761713" w14:textId="77777777" w:rsidR="00E244D8" w:rsidRDefault="00E244D8" w:rsidP="0019599A"/>
    <w:p w14:paraId="5D18145C" w14:textId="77777777" w:rsidR="00E244D8" w:rsidRDefault="00E244D8" w:rsidP="0019599A"/>
    <w:p w14:paraId="400A78FB" w14:textId="77777777" w:rsidR="00E244D8" w:rsidRDefault="00E244D8" w:rsidP="0019599A"/>
    <w:p w14:paraId="056CE464" w14:textId="77777777" w:rsidR="00E244D8" w:rsidRDefault="00E244D8" w:rsidP="0019599A"/>
    <w:p w14:paraId="7E55B56F" w14:textId="77777777" w:rsidR="00E244D8" w:rsidRDefault="00E244D8" w:rsidP="0019599A"/>
    <w:p w14:paraId="367E9A86" w14:textId="0AEE984F" w:rsidR="00E244D8" w:rsidRPr="00E244D8" w:rsidRDefault="00E244D8" w:rsidP="0019599A">
      <w:pPr>
        <w:rPr>
          <w:b/>
          <w:bCs/>
          <w:color w:val="EE0000"/>
          <w:sz w:val="32"/>
          <w:szCs w:val="32"/>
        </w:rPr>
      </w:pPr>
      <w:r w:rsidRPr="00E244D8">
        <w:rPr>
          <w:b/>
          <w:bCs/>
          <w:color w:val="EE0000"/>
          <w:sz w:val="32"/>
          <w:szCs w:val="32"/>
        </w:rPr>
        <w:t xml:space="preserve">EKLER; </w:t>
      </w:r>
      <w:proofErr w:type="spellStart"/>
      <w:proofErr w:type="gramStart"/>
      <w:r w:rsidRPr="00E244D8">
        <w:rPr>
          <w:b/>
          <w:bCs/>
          <w:color w:val="EE0000"/>
          <w:sz w:val="32"/>
          <w:szCs w:val="32"/>
        </w:rPr>
        <w:t>Hazırlanarak</w:t>
      </w:r>
      <w:proofErr w:type="spellEnd"/>
      <w:r w:rsidRPr="00E244D8">
        <w:rPr>
          <w:b/>
          <w:bCs/>
          <w:color w:val="EE0000"/>
          <w:sz w:val="32"/>
          <w:szCs w:val="32"/>
        </w:rPr>
        <w:t xml:space="preserve"> !</w:t>
      </w:r>
      <w:proofErr w:type="gramEnd"/>
    </w:p>
    <w:p w14:paraId="1956EA1F" w14:textId="5D55E9CB" w:rsidR="00E244D8" w:rsidRPr="004848A3" w:rsidRDefault="00E244D8" w:rsidP="00E244D8">
      <w:pPr>
        <w:rPr>
          <w:b/>
          <w:bCs/>
        </w:rPr>
      </w:pPr>
      <w:r w:rsidRPr="004848A3">
        <w:rPr>
          <w:b/>
          <w:bCs/>
        </w:rPr>
        <w:t xml:space="preserve">EK 1: TYF </w:t>
      </w:r>
      <w:proofErr w:type="spellStart"/>
      <w:r w:rsidRPr="004848A3">
        <w:rPr>
          <w:b/>
          <w:bCs/>
        </w:rPr>
        <w:t>Portaldan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Alınan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Lisanslı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Sporcu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Listesi</w:t>
      </w:r>
      <w:proofErr w:type="spellEnd"/>
      <w:r w:rsidRPr="004848A3">
        <w:rPr>
          <w:b/>
          <w:bCs/>
        </w:rPr>
        <w:t xml:space="preserve"> (....</w:t>
      </w:r>
      <w:r>
        <w:rPr>
          <w:b/>
          <w:bCs/>
        </w:rPr>
        <w:t>..</w:t>
      </w:r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Sayfa</w:t>
      </w:r>
      <w:proofErr w:type="spellEnd"/>
      <w:r w:rsidRPr="004848A3">
        <w:rPr>
          <w:b/>
          <w:bCs/>
        </w:rPr>
        <w:t>)</w:t>
      </w:r>
    </w:p>
    <w:p w14:paraId="36605C63" w14:textId="77777777" w:rsidR="00E244D8" w:rsidRPr="004848A3" w:rsidRDefault="00E244D8" w:rsidP="00E244D8">
      <w:pPr>
        <w:rPr>
          <w:b/>
          <w:bCs/>
        </w:rPr>
      </w:pPr>
      <w:r w:rsidRPr="004848A3">
        <w:rPr>
          <w:b/>
          <w:bCs/>
        </w:rPr>
        <w:t xml:space="preserve">EK 2: </w:t>
      </w:r>
      <w:proofErr w:type="spellStart"/>
      <w:r w:rsidRPr="004848A3">
        <w:rPr>
          <w:b/>
          <w:bCs/>
        </w:rPr>
        <w:t>Testak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Sistemine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Yetki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Tanımlaması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ve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Ücretlendirilecek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Antrenör</w:t>
      </w:r>
      <w:proofErr w:type="spellEnd"/>
      <w:r w:rsidRPr="004848A3">
        <w:rPr>
          <w:b/>
          <w:bCs/>
        </w:rPr>
        <w:t xml:space="preserve"> Dilekçesi</w:t>
      </w:r>
    </w:p>
    <w:p w14:paraId="29C5137D" w14:textId="77777777" w:rsidR="00E244D8" w:rsidRDefault="00E244D8" w:rsidP="00E244D8">
      <w:pPr>
        <w:rPr>
          <w:b/>
          <w:bCs/>
        </w:rPr>
      </w:pPr>
      <w:r w:rsidRPr="004848A3">
        <w:rPr>
          <w:b/>
          <w:bCs/>
        </w:rPr>
        <w:t xml:space="preserve">EK 3: </w:t>
      </w:r>
      <w:proofErr w:type="spellStart"/>
      <w:r w:rsidRPr="004848A3">
        <w:rPr>
          <w:b/>
          <w:bCs/>
        </w:rPr>
        <w:t>Performans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Antremanı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Yapacak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Sporcu</w:t>
      </w:r>
      <w:proofErr w:type="spellEnd"/>
      <w:r w:rsidRPr="004848A3">
        <w:rPr>
          <w:b/>
          <w:bCs/>
        </w:rPr>
        <w:t xml:space="preserve"> </w:t>
      </w:r>
      <w:proofErr w:type="spellStart"/>
      <w:r w:rsidRPr="004848A3">
        <w:rPr>
          <w:b/>
          <w:bCs/>
        </w:rPr>
        <w:t>Listesi</w:t>
      </w:r>
      <w:proofErr w:type="spellEnd"/>
    </w:p>
    <w:p w14:paraId="1ECC293E" w14:textId="08896DDE" w:rsidR="00E244D8" w:rsidRDefault="00E244D8" w:rsidP="00E244D8">
      <w:pPr>
        <w:rPr>
          <w:b/>
          <w:bCs/>
        </w:rPr>
      </w:pPr>
      <w:r>
        <w:rPr>
          <w:b/>
          <w:bCs/>
        </w:rPr>
        <w:t xml:space="preserve">EK 4: </w:t>
      </w:r>
      <w:proofErr w:type="spellStart"/>
      <w:r>
        <w:rPr>
          <w:b/>
          <w:bCs/>
        </w:rPr>
        <w:t>Antrenör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Cankurtaranları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Belgeleri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Antrenör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az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2.kademe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zorunludur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Cankurtaranların</w:t>
      </w:r>
      <w:proofErr w:type="spellEnd"/>
      <w:r>
        <w:rPr>
          <w:b/>
          <w:bCs/>
        </w:rPr>
        <w:t xml:space="preserve"> Vizesi </w:t>
      </w:r>
      <w:proofErr w:type="spellStart"/>
      <w:r>
        <w:rPr>
          <w:b/>
          <w:bCs/>
        </w:rPr>
        <w:t>Süresi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geçmemelidir</w:t>
      </w:r>
      <w:proofErr w:type="spellEnd"/>
      <w:r>
        <w:rPr>
          <w:b/>
          <w:bCs/>
        </w:rPr>
        <w:t>.)</w:t>
      </w:r>
    </w:p>
    <w:p w14:paraId="72C8EBB4" w14:textId="77777777" w:rsidR="00E244D8" w:rsidRDefault="00E244D8" w:rsidP="00E244D8">
      <w:pPr>
        <w:rPr>
          <w:b/>
          <w:bCs/>
        </w:rPr>
      </w:pPr>
    </w:p>
    <w:p w14:paraId="3190F462" w14:textId="14AB51B9" w:rsidR="00E244D8" w:rsidRDefault="00E244D8" w:rsidP="00E244D8">
      <w:pPr>
        <w:rPr>
          <w:b/>
          <w:bCs/>
        </w:rPr>
      </w:pPr>
      <w:r>
        <w:rPr>
          <w:b/>
          <w:bCs/>
        </w:rPr>
        <w:t xml:space="preserve">EK 5: Varsa </w:t>
      </w:r>
      <w:r w:rsidRPr="00E244D8">
        <w:rPr>
          <w:b/>
          <w:bCs/>
        </w:rPr>
        <w:t xml:space="preserve">modern </w:t>
      </w:r>
      <w:proofErr w:type="spellStart"/>
      <w:r w:rsidRPr="00E244D8">
        <w:rPr>
          <w:b/>
          <w:bCs/>
        </w:rPr>
        <w:t>pentatlon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sporcuların</w:t>
      </w:r>
      <w:proofErr w:type="spellEnd"/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lisansları</w:t>
      </w:r>
      <w:proofErr w:type="spellEnd"/>
      <w:r>
        <w:rPr>
          <w:b/>
          <w:bCs/>
        </w:rPr>
        <w:t xml:space="preserve"> !</w:t>
      </w:r>
      <w:proofErr w:type="gramEnd"/>
      <w:r>
        <w:rPr>
          <w:b/>
          <w:bCs/>
        </w:rPr>
        <w:t xml:space="preserve"> (TYF </w:t>
      </w:r>
      <w:proofErr w:type="spellStart"/>
      <w:r w:rsidR="00BB669D" w:rsidRPr="004848A3">
        <w:rPr>
          <w:b/>
          <w:bCs/>
        </w:rPr>
        <w:t>Portaldan</w:t>
      </w:r>
      <w:proofErr w:type="spellEnd"/>
      <w:r w:rsidR="00BB669D">
        <w:rPr>
          <w:b/>
          <w:bCs/>
        </w:rPr>
        <w:t xml:space="preserve"> </w:t>
      </w:r>
      <w:proofErr w:type="spellStart"/>
      <w:r w:rsidR="00BB669D">
        <w:rPr>
          <w:b/>
          <w:bCs/>
        </w:rPr>
        <w:t>çıkmadığı</w:t>
      </w:r>
      <w:proofErr w:type="spellEnd"/>
      <w:r w:rsidR="00BB669D">
        <w:rPr>
          <w:b/>
          <w:bCs/>
        </w:rPr>
        <w:t xml:space="preserve"> </w:t>
      </w:r>
      <w:proofErr w:type="spellStart"/>
      <w:r w:rsidR="00BB669D">
        <w:rPr>
          <w:b/>
          <w:bCs/>
        </w:rPr>
        <w:t>için</w:t>
      </w:r>
      <w:proofErr w:type="spellEnd"/>
      <w:r w:rsidR="00BB669D">
        <w:rPr>
          <w:b/>
          <w:bCs/>
        </w:rPr>
        <w:t xml:space="preserve"> </w:t>
      </w:r>
      <w:proofErr w:type="spellStart"/>
      <w:r w:rsidR="00BB669D">
        <w:rPr>
          <w:b/>
          <w:bCs/>
        </w:rPr>
        <w:t>fotokobileri</w:t>
      </w:r>
      <w:proofErr w:type="spellEnd"/>
      <w:r w:rsidR="00BB669D">
        <w:rPr>
          <w:b/>
          <w:bCs/>
        </w:rPr>
        <w:t xml:space="preserve"> </w:t>
      </w:r>
      <w:proofErr w:type="spellStart"/>
      <w:r w:rsidR="00BB669D">
        <w:rPr>
          <w:b/>
          <w:bCs/>
        </w:rPr>
        <w:t>konulacaktır</w:t>
      </w:r>
      <w:proofErr w:type="spellEnd"/>
      <w:r w:rsidR="00BB669D">
        <w:rPr>
          <w:b/>
          <w:bCs/>
        </w:rPr>
        <w:t>.</w:t>
      </w:r>
      <w:r>
        <w:rPr>
          <w:b/>
          <w:bCs/>
        </w:rPr>
        <w:t>)</w:t>
      </w:r>
    </w:p>
    <w:p w14:paraId="0F1099F2" w14:textId="77777777" w:rsidR="00E244D8" w:rsidRDefault="00E244D8" w:rsidP="00E244D8">
      <w:pPr>
        <w:rPr>
          <w:b/>
          <w:bCs/>
        </w:rPr>
      </w:pPr>
    </w:p>
    <w:p w14:paraId="5C0B9BFD" w14:textId="5E435C0F" w:rsidR="00E244D8" w:rsidRPr="00E244D8" w:rsidRDefault="00E244D8" w:rsidP="00E244D8">
      <w:pPr>
        <w:rPr>
          <w:b/>
          <w:bCs/>
        </w:rPr>
      </w:pPr>
      <w:proofErr w:type="spellStart"/>
      <w:r>
        <w:rPr>
          <w:b/>
          <w:bCs/>
        </w:rPr>
        <w:t>Evrakların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Eksiksiz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şekilde</w:t>
      </w:r>
      <w:proofErr w:type="spellEnd"/>
      <w:r>
        <w:rPr>
          <w:b/>
          <w:bCs/>
        </w:rPr>
        <w:t xml:space="preserve">…. </w:t>
      </w:r>
      <w:r w:rsidRPr="00E244D8">
        <w:rPr>
          <w:rFonts w:ascii="Times New Roman" w:hAnsi="Times New Roman" w:cs="Times New Roman"/>
          <w:b/>
          <w:color w:val="EE0000"/>
          <w:sz w:val="24"/>
        </w:rPr>
        <w:t>SELÇUKLU GENÇLİK VE SPOR İLÇE MÜDÜRLÜĞÜNE</w:t>
      </w:r>
      <w:r w:rsidRPr="00E244D8">
        <w:rPr>
          <w:rFonts w:ascii="Times New Roman" w:hAnsi="Times New Roman" w:cs="Times New Roman"/>
          <w:b/>
          <w:color w:val="EE0000"/>
          <w:sz w:val="24"/>
        </w:rPr>
        <w:t xml:space="preserve"> EVRAK KAYIT BİRİMİNE VERİLEREK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b/>
          <w:sz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</w:rPr>
        <w:t>Selçuklu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Hocacihan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Yarı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Olimpik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Yüzme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Havuzu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Amirliğine)</w:t>
      </w:r>
      <w:r>
        <w:rPr>
          <w:rFonts w:ascii="Times New Roman" w:hAnsi="Times New Roman" w:cs="Times New Roman"/>
          <w:b/>
          <w:sz w:val="24"/>
        </w:rPr>
        <w:t xml:space="preserve"> HAVALESİ YAPILMASI.</w:t>
      </w:r>
    </w:p>
    <w:p w14:paraId="1DAD12F6" w14:textId="77777777" w:rsidR="00E244D8" w:rsidRDefault="00E244D8" w:rsidP="00E244D8"/>
    <w:sectPr w:rsidR="00E244D8" w:rsidSect="0063389F">
      <w:pgSz w:w="12240" w:h="15840"/>
      <w:pgMar w:top="142" w:right="18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3202467">
    <w:abstractNumId w:val="8"/>
  </w:num>
  <w:num w:numId="2" w16cid:durableId="1573126794">
    <w:abstractNumId w:val="6"/>
  </w:num>
  <w:num w:numId="3" w16cid:durableId="1255824520">
    <w:abstractNumId w:val="5"/>
  </w:num>
  <w:num w:numId="4" w16cid:durableId="1405496071">
    <w:abstractNumId w:val="4"/>
  </w:num>
  <w:num w:numId="5" w16cid:durableId="246615134">
    <w:abstractNumId w:val="7"/>
  </w:num>
  <w:num w:numId="6" w16cid:durableId="2103643722">
    <w:abstractNumId w:val="3"/>
  </w:num>
  <w:num w:numId="7" w16cid:durableId="811098619">
    <w:abstractNumId w:val="2"/>
  </w:num>
  <w:num w:numId="8" w16cid:durableId="414674061">
    <w:abstractNumId w:val="1"/>
  </w:num>
  <w:num w:numId="9" w16cid:durableId="362755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F66"/>
    <w:rsid w:val="00034616"/>
    <w:rsid w:val="00055374"/>
    <w:rsid w:val="0006063C"/>
    <w:rsid w:val="001469CE"/>
    <w:rsid w:val="0015074B"/>
    <w:rsid w:val="00152B57"/>
    <w:rsid w:val="00177527"/>
    <w:rsid w:val="0019599A"/>
    <w:rsid w:val="00242171"/>
    <w:rsid w:val="0029639D"/>
    <w:rsid w:val="00323359"/>
    <w:rsid w:val="00326F90"/>
    <w:rsid w:val="00365AD1"/>
    <w:rsid w:val="004439A8"/>
    <w:rsid w:val="004848A3"/>
    <w:rsid w:val="0052365F"/>
    <w:rsid w:val="005A1258"/>
    <w:rsid w:val="0063389F"/>
    <w:rsid w:val="007A77BA"/>
    <w:rsid w:val="00907712"/>
    <w:rsid w:val="00960DAA"/>
    <w:rsid w:val="00962496"/>
    <w:rsid w:val="00AA1D8D"/>
    <w:rsid w:val="00AB5930"/>
    <w:rsid w:val="00B163DC"/>
    <w:rsid w:val="00B47730"/>
    <w:rsid w:val="00BB669D"/>
    <w:rsid w:val="00C03B0E"/>
    <w:rsid w:val="00C45A27"/>
    <w:rsid w:val="00C97CD1"/>
    <w:rsid w:val="00CB0664"/>
    <w:rsid w:val="00E244D8"/>
    <w:rsid w:val="00E852F5"/>
    <w:rsid w:val="00EB71EA"/>
    <w:rsid w:val="00F5420D"/>
    <w:rsid w:val="00FC07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DEA02A"/>
  <w14:defaultImageDpi w14:val="300"/>
  <w15:docId w15:val="{240335B5-CE1C-4F1A-BF75-4B84D2A6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531</Words>
  <Characters>3031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SEVİNÇ SEVİNÇ</cp:lastModifiedBy>
  <cp:revision>12</cp:revision>
  <cp:lastPrinted>2026-07-06T10:14:00Z</cp:lastPrinted>
  <dcterms:created xsi:type="dcterms:W3CDTF">2026-07-06T10:17:00Z</dcterms:created>
  <dcterms:modified xsi:type="dcterms:W3CDTF">2026-10-01T07:48:00Z</dcterms:modified>
  <cp:category/>
</cp:coreProperties>
</file>